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C50F" w14:textId="77777777" w:rsidR="00EB4B85" w:rsidRDefault="00000000">
      <w:pPr>
        <w:spacing w:before="960" w:after="240"/>
        <w:jc w:val="center"/>
      </w:pPr>
      <w:r>
        <w:rPr>
          <w:rFonts w:ascii="Arial" w:hAnsi="Arial"/>
          <w:b/>
          <w:color w:val="1B365D"/>
          <w:sz w:val="40"/>
        </w:rPr>
        <w:t>HƯỚNG DẪN VẬN HÀNH HỆ THỐNG WEBSITE BASE LARAVEL</w:t>
      </w:r>
    </w:p>
    <w:p w14:paraId="68E58F63" w14:textId="77777777" w:rsidR="00EB4B85" w:rsidRDefault="00000000">
      <w:pPr>
        <w:spacing w:after="960"/>
        <w:jc w:val="center"/>
      </w:pPr>
      <w:r>
        <w:rPr>
          <w:rFonts w:ascii="Arial" w:hAnsi="Arial"/>
          <w:i/>
          <w:color w:val="666666"/>
          <w:sz w:val="23"/>
        </w:rPr>
        <w:t>Tài liệu hướng dẫn thao tác CMS chung - Đơn giản &amp; Dễ hiểu</w:t>
      </w:r>
    </w:p>
    <w:p w14:paraId="49BAB8FB" w14:textId="77777777" w:rsidR="00EB4B85" w:rsidRDefault="00000000">
      <w:pPr>
        <w:jc w:val="center"/>
      </w:pPr>
      <w:r>
        <w:rPr>
          <w:rFonts w:ascii="Arial" w:hAnsi="Arial"/>
          <w:color w:val="008080"/>
        </w:rPr>
        <w:t>—————————————————————————</w:t>
      </w:r>
    </w:p>
    <w:p w14:paraId="1B57643B" w14:textId="77777777" w:rsidR="00EB4B85" w:rsidRDefault="00000000">
      <w:r>
        <w:br w:type="page"/>
      </w:r>
    </w:p>
    <w:p w14:paraId="02ACE642" w14:textId="3AF61317" w:rsidR="00EB4B85" w:rsidRDefault="00000000">
      <w:pPr>
        <w:spacing w:before="240" w:after="240"/>
      </w:pPr>
      <w:r>
        <w:rPr>
          <w:rFonts w:ascii="Arial" w:hAnsi="Arial"/>
          <w:b/>
          <w:i/>
          <w:color w:val="008080"/>
          <w:sz w:val="23"/>
        </w:rPr>
        <w:lastRenderedPageBreak/>
        <w:t xml:space="preserve">MỤC LỤC HƯỚNG DẪN </w:t>
      </w:r>
    </w:p>
    <w:p w14:paraId="6F189F72" w14:textId="0B529BC3" w:rsidR="00E931B7" w:rsidRDefault="00000000">
      <w:pPr>
        <w:pStyle w:val="TOC2"/>
        <w:tabs>
          <w:tab w:val="right" w:leader="dot" w:pos="9350"/>
        </w:tabs>
        <w:rPr>
          <w:noProof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35995078" w:history="1">
        <w:r w:rsidR="00E931B7" w:rsidRPr="00DA6634">
          <w:rPr>
            <w:rStyle w:val="Hyperlink"/>
            <w:rFonts w:ascii="Arial" w:hAnsi="Arial"/>
            <w:noProof/>
          </w:rPr>
          <w:t>Giải thích thuật ngữ hệ thống</w:t>
        </w:r>
        <w:r w:rsidR="00E931B7">
          <w:rPr>
            <w:noProof/>
            <w:webHidden/>
          </w:rPr>
          <w:tab/>
        </w:r>
        <w:r w:rsidR="00E931B7">
          <w:rPr>
            <w:noProof/>
            <w:webHidden/>
          </w:rPr>
          <w:fldChar w:fldCharType="begin"/>
        </w:r>
        <w:r w:rsidR="00E931B7">
          <w:rPr>
            <w:noProof/>
            <w:webHidden/>
          </w:rPr>
          <w:instrText xml:space="preserve"> PAGEREF _Toc235995078 \h </w:instrText>
        </w:r>
        <w:r w:rsidR="00E931B7">
          <w:rPr>
            <w:noProof/>
            <w:webHidden/>
          </w:rPr>
        </w:r>
        <w:r w:rsidR="00E931B7">
          <w:rPr>
            <w:noProof/>
            <w:webHidden/>
          </w:rPr>
          <w:fldChar w:fldCharType="separate"/>
        </w:r>
        <w:r w:rsidR="00E931B7">
          <w:rPr>
            <w:noProof/>
            <w:webHidden/>
          </w:rPr>
          <w:t>3</w:t>
        </w:r>
        <w:r w:rsidR="00E931B7">
          <w:rPr>
            <w:noProof/>
            <w:webHidden/>
          </w:rPr>
          <w:fldChar w:fldCharType="end"/>
        </w:r>
      </w:hyperlink>
    </w:p>
    <w:p w14:paraId="1EA9DB51" w14:textId="36111655" w:rsidR="00E931B7" w:rsidRDefault="00E931B7">
      <w:pPr>
        <w:pStyle w:val="TOC1"/>
        <w:tabs>
          <w:tab w:val="right" w:leader="dot" w:pos="9350"/>
        </w:tabs>
        <w:rPr>
          <w:noProof/>
        </w:rPr>
      </w:pPr>
      <w:hyperlink w:anchor="_Toc235995079" w:history="1">
        <w:r w:rsidRPr="00DA6634">
          <w:rPr>
            <w:rStyle w:val="Hyperlink"/>
            <w:rFonts w:ascii="Arial" w:hAnsi="Arial"/>
            <w:noProof/>
          </w:rPr>
          <w:t>1. Hướng dẫn Đăng nhập &amp; Báo cáo nhanh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54F727D" w14:textId="3B295F77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0" w:history="1">
        <w:r w:rsidRPr="00DA6634">
          <w:rPr>
            <w:rStyle w:val="Hyperlink"/>
            <w:rFonts w:ascii="Arial" w:hAnsi="Arial"/>
            <w:noProof/>
          </w:rPr>
          <w:t>1.1. Cách truy cập trang quản trị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E80ADE" w14:textId="5FBFD163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1" w:history="1">
        <w:r w:rsidRPr="00DA6634">
          <w:rPr>
            <w:rStyle w:val="Hyperlink"/>
            <w:rFonts w:ascii="Arial" w:hAnsi="Arial"/>
            <w:noProof/>
          </w:rPr>
          <w:t>1.2. Thao tác đăng nhập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F59806" w14:textId="4B4D0ECD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2" w:history="1">
        <w:r w:rsidRPr="00DA6634">
          <w:rPr>
            <w:rStyle w:val="Hyperlink"/>
            <w:rFonts w:ascii="Arial" w:hAnsi="Arial"/>
            <w:noProof/>
          </w:rPr>
          <w:t>1.3. Xem thống kê Dashboard (Report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D612EC" w14:textId="6424711D" w:rsidR="00E931B7" w:rsidRDefault="00E931B7">
      <w:pPr>
        <w:pStyle w:val="TOC1"/>
        <w:tabs>
          <w:tab w:val="right" w:leader="dot" w:pos="9350"/>
        </w:tabs>
        <w:rPr>
          <w:noProof/>
        </w:rPr>
      </w:pPr>
      <w:hyperlink w:anchor="_Toc235995083" w:history="1">
        <w:r w:rsidRPr="00DA6634">
          <w:rPr>
            <w:rStyle w:val="Hyperlink"/>
            <w:rFonts w:ascii="Arial" w:hAnsi="Arial"/>
            <w:noProof/>
          </w:rPr>
          <w:t>2. Cấu hình Hệ thống (System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A09B35" w14:textId="5A001BCC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4" w:history="1">
        <w:r w:rsidRPr="00DA6634">
          <w:rPr>
            <w:rStyle w:val="Hyperlink"/>
            <w:rFonts w:ascii="Arial" w:hAnsi="Arial"/>
            <w:noProof/>
          </w:rPr>
          <w:t>2.1. Cấu hình thông tin chung &amp; liên hệ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6F384A" w14:textId="50EE3627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5" w:history="1">
        <w:r w:rsidRPr="00DA6634">
          <w:rPr>
            <w:rStyle w:val="Hyperlink"/>
            <w:rFonts w:ascii="Arial" w:hAnsi="Arial"/>
            <w:noProof/>
          </w:rPr>
          <w:t>2.2. Thiết lập Email tự động gửi đi (SMTP)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CF4845" w14:textId="6B71DFA7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6" w:history="1">
        <w:r w:rsidRPr="00DA6634">
          <w:rPr>
            <w:rStyle w:val="Hyperlink"/>
            <w:rFonts w:ascii="Arial" w:hAnsi="Arial"/>
            <w:noProof/>
          </w:rPr>
          <w:t>2.3. Cài đặt SEO mặc định cho trang chủ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1473A8" w14:textId="6A7212D4" w:rsidR="00E931B7" w:rsidRDefault="00E931B7">
      <w:pPr>
        <w:pStyle w:val="TOC1"/>
        <w:tabs>
          <w:tab w:val="right" w:leader="dot" w:pos="9350"/>
        </w:tabs>
        <w:rPr>
          <w:noProof/>
        </w:rPr>
      </w:pPr>
      <w:hyperlink w:anchor="_Toc235995087" w:history="1">
        <w:r w:rsidRPr="00DA6634">
          <w:rPr>
            <w:rStyle w:val="Hyperlink"/>
            <w:rFonts w:ascii="Arial" w:hAnsi="Arial"/>
            <w:noProof/>
          </w:rPr>
          <w:t>3. Quản lý Giới thiệu &amp; Đánh giá (Introduce &amp; Review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A5BFC9" w14:textId="54B3B415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8" w:history="1">
        <w:r w:rsidRPr="00DA6634">
          <w:rPr>
            <w:rStyle w:val="Hyperlink"/>
            <w:rFonts w:ascii="Arial" w:hAnsi="Arial"/>
            <w:noProof/>
          </w:rPr>
          <w:t>3.1. Viết bài giới thiệu doanh nghiệp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BB4E00" w14:textId="4763342C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89" w:history="1">
        <w:r w:rsidRPr="00DA6634">
          <w:rPr>
            <w:rStyle w:val="Hyperlink"/>
            <w:rFonts w:ascii="Arial" w:hAnsi="Arial"/>
            <w:noProof/>
          </w:rPr>
          <w:t>3.2. Quản lý đánh giá của khách hàng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AC1085" w14:textId="6B726400" w:rsidR="00E931B7" w:rsidRDefault="00E931B7">
      <w:pPr>
        <w:pStyle w:val="TOC1"/>
        <w:tabs>
          <w:tab w:val="right" w:leader="dot" w:pos="9350"/>
        </w:tabs>
        <w:rPr>
          <w:noProof/>
        </w:rPr>
      </w:pPr>
      <w:hyperlink w:anchor="_Toc235995090" w:history="1">
        <w:r w:rsidRPr="00DA6634">
          <w:rPr>
            <w:rStyle w:val="Hyperlink"/>
            <w:rFonts w:ascii="Arial" w:hAnsi="Arial"/>
            <w:noProof/>
          </w:rPr>
          <w:t>4. Quản lý Menu, Slide &amp; Widget hiển thị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0292D7" w14:textId="4902059B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91" w:history="1">
        <w:r w:rsidRPr="00DA6634">
          <w:rPr>
            <w:rStyle w:val="Hyperlink"/>
            <w:rFonts w:ascii="Arial" w:hAnsi="Arial"/>
            <w:noProof/>
          </w:rPr>
          <w:t>4.1. Thiết lập Menu điều hướng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C7F162" w14:textId="5E7248B5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92" w:history="1">
        <w:r w:rsidRPr="00DA6634">
          <w:rPr>
            <w:rStyle w:val="Hyperlink"/>
            <w:rFonts w:ascii="Arial" w:hAnsi="Arial"/>
            <w:noProof/>
          </w:rPr>
          <w:t>4.2. Cài đặt ảnh Slide chạy trang chủ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842E0B" w14:textId="27BDC7AB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93" w:history="1">
        <w:r w:rsidRPr="00DA6634">
          <w:rPr>
            <w:rStyle w:val="Hyperlink"/>
            <w:rFonts w:ascii="Arial" w:hAnsi="Arial"/>
            <w:noProof/>
          </w:rPr>
          <w:t>4.3. Quản lý khối nội dung Widget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9E73623" w14:textId="724B19DF" w:rsidR="00E931B7" w:rsidRDefault="00E931B7">
      <w:pPr>
        <w:pStyle w:val="TOC1"/>
        <w:tabs>
          <w:tab w:val="right" w:leader="dot" w:pos="9350"/>
        </w:tabs>
        <w:rPr>
          <w:noProof/>
        </w:rPr>
      </w:pPr>
      <w:hyperlink w:anchor="_Toc235995094" w:history="1">
        <w:r w:rsidRPr="00DA6634">
          <w:rPr>
            <w:rStyle w:val="Hyperlink"/>
            <w:rFonts w:ascii="Arial" w:hAnsi="Arial"/>
            <w:noProof/>
          </w:rPr>
          <w:t>5. Quản trị Tin tức &amp; Bài viết (Post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614A3E6" w14:textId="31936E82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95" w:history="1">
        <w:r w:rsidRPr="00DA6634">
          <w:rPr>
            <w:rStyle w:val="Hyperlink"/>
            <w:rFonts w:ascii="Arial" w:hAnsi="Arial"/>
            <w:noProof/>
          </w:rPr>
          <w:t>5.1. Tạo Danh mục bài viết (Post Catalogue)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E07777" w14:textId="17DF8E4F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96" w:history="1">
        <w:r w:rsidRPr="00DA6634">
          <w:rPr>
            <w:rStyle w:val="Hyperlink"/>
            <w:rFonts w:ascii="Arial" w:hAnsi="Arial"/>
            <w:noProof/>
          </w:rPr>
          <w:t>5.2. Đăng tin tức bài viết mới (Post)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53B997" w14:textId="56A7BD62" w:rsidR="00E931B7" w:rsidRDefault="00E931B7">
      <w:pPr>
        <w:pStyle w:val="TOC1"/>
        <w:tabs>
          <w:tab w:val="right" w:leader="dot" w:pos="9350"/>
        </w:tabs>
        <w:rPr>
          <w:noProof/>
        </w:rPr>
      </w:pPr>
      <w:hyperlink w:anchor="_Toc235995097" w:history="1">
        <w:r w:rsidRPr="00DA6634">
          <w:rPr>
            <w:rStyle w:val="Hyperlink"/>
            <w:rFonts w:ascii="Arial" w:hAnsi="Arial"/>
            <w:noProof/>
          </w:rPr>
          <w:t>6. Quản lý Liên hệ &amp; Đa ngôn ngữ (Contact &amp; Language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D03B9E3" w14:textId="6DEA6822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98" w:history="1">
        <w:r w:rsidRPr="00DA6634">
          <w:rPr>
            <w:rStyle w:val="Hyperlink"/>
            <w:rFonts w:ascii="Arial" w:hAnsi="Arial"/>
            <w:noProof/>
          </w:rPr>
          <w:t>6.1. Xem thư liên hệ của khách hàng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2FF0B37" w14:textId="133283AF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099" w:history="1">
        <w:r w:rsidRPr="00DA6634">
          <w:rPr>
            <w:rStyle w:val="Hyperlink"/>
            <w:rFonts w:ascii="Arial" w:hAnsi="Arial"/>
            <w:noProof/>
          </w:rPr>
          <w:t>6.2. Dịch thuật nội dung đa ngôn ngữ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5DF6FA" w14:textId="5864E80B" w:rsidR="00E931B7" w:rsidRDefault="00E931B7">
      <w:pPr>
        <w:pStyle w:val="TOC1"/>
        <w:tabs>
          <w:tab w:val="right" w:leader="dot" w:pos="9350"/>
        </w:tabs>
        <w:rPr>
          <w:noProof/>
        </w:rPr>
      </w:pPr>
      <w:hyperlink w:anchor="_Toc235995100" w:history="1">
        <w:r w:rsidRPr="00DA6634">
          <w:rPr>
            <w:rStyle w:val="Hyperlink"/>
            <w:rFonts w:ascii="Arial" w:hAnsi="Arial"/>
            <w:noProof/>
          </w:rPr>
          <w:t>7. Quản lý Tài khoản &amp; Phân quyền (User &amp; Permission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D89EED" w14:textId="14B90F53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101" w:history="1">
        <w:r w:rsidRPr="00DA6634">
          <w:rPr>
            <w:rStyle w:val="Hyperlink"/>
            <w:rFonts w:ascii="Arial" w:hAnsi="Arial"/>
            <w:noProof/>
          </w:rPr>
          <w:t>7.1. Tạo tài khoản nhân viên quản trị (User)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55CD3A" w14:textId="435A215C" w:rsidR="00E931B7" w:rsidRDefault="00E931B7">
      <w:pPr>
        <w:pStyle w:val="TOC2"/>
        <w:tabs>
          <w:tab w:val="right" w:leader="dot" w:pos="9350"/>
        </w:tabs>
        <w:rPr>
          <w:noProof/>
        </w:rPr>
      </w:pPr>
      <w:hyperlink w:anchor="_Toc235995102" w:history="1">
        <w:r w:rsidRPr="00DA6634">
          <w:rPr>
            <w:rStyle w:val="Hyperlink"/>
            <w:rFonts w:ascii="Arial" w:hAnsi="Arial"/>
            <w:noProof/>
          </w:rPr>
          <w:t>7.2. Phân quyền chi tiết cho nhóm nhân viên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0A15A5" w14:textId="4BAF0FD3" w:rsidR="00EB4B85" w:rsidRDefault="00000000">
      <w:pPr>
        <w:spacing w:after="240"/>
      </w:pPr>
      <w:r>
        <w:fldChar w:fldCharType="end"/>
      </w:r>
    </w:p>
    <w:p w14:paraId="23ED201B" w14:textId="77777777" w:rsidR="00EB4B85" w:rsidRDefault="00000000">
      <w:r>
        <w:br w:type="page"/>
      </w:r>
    </w:p>
    <w:p w14:paraId="5AF56906" w14:textId="77777777" w:rsidR="00EB4B85" w:rsidRDefault="00000000">
      <w:pPr>
        <w:pStyle w:val="Heading2"/>
        <w:spacing w:before="280" w:after="200"/>
      </w:pPr>
      <w:bookmarkStart w:id="0" w:name="_Toc235995078"/>
      <w:r>
        <w:rPr>
          <w:rFonts w:ascii="Arial" w:hAnsi="Arial"/>
          <w:color w:val="008080"/>
        </w:rPr>
        <w:lastRenderedPageBreak/>
        <w:t>Giải thích thuật ngữ hệ thống</w:t>
      </w:r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EB4B85" w14:paraId="7154DA62" w14:textId="77777777">
        <w:trPr>
          <w:jc w:val="center"/>
        </w:trPr>
        <w:tc>
          <w:tcPr>
            <w:tcW w:w="4680" w:type="dxa"/>
            <w:shd w:val="clear" w:color="auto" w:fill="1B365D"/>
          </w:tcPr>
          <w:p w14:paraId="13CAF462" w14:textId="77777777" w:rsidR="00EB4B85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Thuật ngữ</w:t>
            </w:r>
          </w:p>
        </w:tc>
        <w:tc>
          <w:tcPr>
            <w:tcW w:w="4680" w:type="dxa"/>
            <w:shd w:val="clear" w:color="auto" w:fill="1B365D"/>
          </w:tcPr>
          <w:p w14:paraId="6C0E07F9" w14:textId="77777777" w:rsidR="00EB4B85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Giải thích dễ hiểu</w:t>
            </w:r>
          </w:p>
        </w:tc>
      </w:tr>
      <w:tr w:rsidR="00EB4B85" w14:paraId="753AEE1A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5F4AD66A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CMS</w:t>
            </w:r>
          </w:p>
        </w:tc>
        <w:tc>
          <w:tcPr>
            <w:tcW w:w="4680" w:type="dxa"/>
            <w:shd w:val="clear" w:color="auto" w:fill="FFFFFF"/>
          </w:tcPr>
          <w:p w14:paraId="5510813D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Trang quản trị nội dung website, dùng để đăng bài, sửa thông tin không cần viết mã.</w:t>
            </w:r>
          </w:p>
        </w:tc>
      </w:tr>
      <w:tr w:rsidR="00EB4B85" w14:paraId="65724640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70CD5FB1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Dashboard</w:t>
            </w:r>
          </w:p>
        </w:tc>
        <w:tc>
          <w:tcPr>
            <w:tcW w:w="4680" w:type="dxa"/>
            <w:shd w:val="clear" w:color="auto" w:fill="FFFFFF"/>
          </w:tcPr>
          <w:p w14:paraId="11DCFA12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Màn hình tổng quan hiện số liệu thống kê nhanh sau khi đăng nhập.</w:t>
            </w:r>
          </w:p>
        </w:tc>
      </w:tr>
      <w:tr w:rsidR="00EB4B85" w14:paraId="5B1AFA47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6BFDEA8D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SMTP</w:t>
            </w:r>
          </w:p>
        </w:tc>
        <w:tc>
          <w:tcPr>
            <w:tcW w:w="4680" w:type="dxa"/>
            <w:shd w:val="clear" w:color="auto" w:fill="FFFFFF"/>
          </w:tcPr>
          <w:p w14:paraId="071C133F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Cấu hình trung gian dùng để hệ thống gửi email thông báo tự động.</w:t>
            </w:r>
          </w:p>
        </w:tc>
      </w:tr>
      <w:tr w:rsidR="00EB4B85" w14:paraId="0844AE31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35005DF2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SEO</w:t>
            </w:r>
          </w:p>
        </w:tc>
        <w:tc>
          <w:tcPr>
            <w:tcW w:w="4680" w:type="dxa"/>
            <w:shd w:val="clear" w:color="auto" w:fill="FFFFFF"/>
          </w:tcPr>
          <w:p w14:paraId="6A20D2D2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Thiết lập tiêu đề, mô tả giúp trang web dễ lên top Google.</w:t>
            </w:r>
          </w:p>
        </w:tc>
      </w:tr>
      <w:tr w:rsidR="00EB4B85" w14:paraId="6F88911C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4DDB307E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Widget</w:t>
            </w:r>
          </w:p>
        </w:tc>
        <w:tc>
          <w:tcPr>
            <w:tcW w:w="4680" w:type="dxa"/>
            <w:shd w:val="clear" w:color="auto" w:fill="FFFFFF"/>
          </w:tcPr>
          <w:p w14:paraId="6CE02F6E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Các khối hiển thị thông tin động trên trang chủ.</w:t>
            </w:r>
          </w:p>
        </w:tc>
      </w:tr>
      <w:tr w:rsidR="00EB4B85" w14:paraId="6F584673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6533CCA4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Slug</w:t>
            </w:r>
          </w:p>
        </w:tc>
        <w:tc>
          <w:tcPr>
            <w:tcW w:w="4680" w:type="dxa"/>
            <w:shd w:val="clear" w:color="auto" w:fill="FFFFFF"/>
          </w:tcPr>
          <w:p w14:paraId="0F3E97F5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Đường link thân thiện của bài viết (ví dụ: /tin-tuc-moi-nhat).</w:t>
            </w:r>
          </w:p>
        </w:tc>
      </w:tr>
      <w:tr w:rsidR="00EB4B85" w14:paraId="2C72A183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2893AFAD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Permission</w:t>
            </w:r>
          </w:p>
        </w:tc>
        <w:tc>
          <w:tcPr>
            <w:tcW w:w="4680" w:type="dxa"/>
            <w:shd w:val="clear" w:color="auto" w:fill="FFFFFF"/>
          </w:tcPr>
          <w:p w14:paraId="44C74A1A" w14:textId="77777777" w:rsidR="00EB4B85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Quyền hạn của tài khoản nhân viên (được xem, thêm, sửa hoặc xóa).</w:t>
            </w:r>
          </w:p>
        </w:tc>
      </w:tr>
    </w:tbl>
    <w:p w14:paraId="44AADECE" w14:textId="77777777" w:rsidR="00EB4B85" w:rsidRDefault="00EB4B85"/>
    <w:p w14:paraId="6A3251DC" w14:textId="77777777" w:rsidR="00EB4B85" w:rsidRDefault="00000000">
      <w:pPr>
        <w:pStyle w:val="Heading1"/>
        <w:spacing w:before="400" w:after="240"/>
      </w:pPr>
      <w:bookmarkStart w:id="1" w:name="_Toc235995079"/>
      <w:r>
        <w:rPr>
          <w:rFonts w:ascii="Arial" w:hAnsi="Arial"/>
          <w:color w:val="1B365D"/>
          <w:sz w:val="32"/>
        </w:rPr>
        <w:t>1. Hướng dẫn Đăng nhập &amp; Báo cáo nhanh</w:t>
      </w:r>
      <w:bookmarkEnd w:id="1"/>
    </w:p>
    <w:p w14:paraId="277B5AA3" w14:textId="77777777" w:rsidR="00EB4B85" w:rsidRDefault="00000000">
      <w:pPr>
        <w:pStyle w:val="Heading2"/>
        <w:spacing w:before="280" w:after="200"/>
      </w:pPr>
      <w:bookmarkStart w:id="2" w:name="_Toc235995080"/>
      <w:r>
        <w:rPr>
          <w:rFonts w:ascii="Arial" w:hAnsi="Arial"/>
          <w:color w:val="008080"/>
        </w:rPr>
        <w:t>1.1. Cách truy cập trang quản trị</w:t>
      </w:r>
      <w:bookmarkEnd w:id="2"/>
    </w:p>
    <w:p w14:paraId="4250E067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Đường link mặc định truy cập hệ thống: tên-miền-website/admin (Ví dụ: https://bds-landing.site/admin).</w:t>
      </w:r>
    </w:p>
    <w:p w14:paraId="33BDAA4F" w14:textId="77777777" w:rsidR="00EB4B85" w:rsidRDefault="00000000">
      <w:pPr>
        <w:pStyle w:val="Heading2"/>
        <w:spacing w:before="280" w:after="200"/>
      </w:pPr>
      <w:bookmarkStart w:id="3" w:name="_Toc235995081"/>
      <w:r>
        <w:rPr>
          <w:rFonts w:ascii="Arial" w:hAnsi="Arial"/>
          <w:color w:val="008080"/>
        </w:rPr>
        <w:t>1.2. Thao tác đăng nhập</w:t>
      </w:r>
      <w:bookmarkEnd w:id="3"/>
    </w:p>
    <w:p w14:paraId="0E3B58D7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Nhập Email và Mật khẩu được cấp -&gt; Nhấn nút 'Đăng nhập'.</w:t>
      </w:r>
    </w:p>
    <w:p w14:paraId="15CBF62B" w14:textId="77777777" w:rsidR="00EB4B85" w:rsidRDefault="00000000">
      <w:pPr>
        <w:pStyle w:val="Heading2"/>
        <w:spacing w:before="280" w:after="200"/>
      </w:pPr>
      <w:bookmarkStart w:id="4" w:name="_Toc235995082"/>
      <w:r>
        <w:rPr>
          <w:rFonts w:ascii="Arial" w:hAnsi="Arial"/>
          <w:color w:val="008080"/>
        </w:rPr>
        <w:t>1.3. Xem thống kê Dashboard (Report Module)</w:t>
      </w:r>
      <w:bookmarkEnd w:id="4"/>
    </w:p>
    <w:p w14:paraId="4CAF7CBA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Trang chủ quản trị hiển thị các biểu đồ thống kê trực quan gồm:</w:t>
      </w:r>
    </w:p>
    <w:p w14:paraId="0350D2C0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Lượt xem: </w:t>
      </w:r>
      <w:r>
        <w:rPr>
          <w:rFonts w:ascii="Arial" w:hAnsi="Arial"/>
          <w:color w:val="333333"/>
        </w:rPr>
        <w:t>Thống kê thời gian (Report Time): Xem lượt truy cập, giao dịch theo ngày/tháng.</w:t>
      </w:r>
    </w:p>
    <w:p w14:paraId="4EB1C7CC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Sản phẩm: </w:t>
      </w:r>
      <w:r>
        <w:rPr>
          <w:rFonts w:ascii="Arial" w:hAnsi="Arial"/>
          <w:color w:val="333333"/>
        </w:rPr>
        <w:t>Thống kê sản phẩm (Report Product): Thống kê lượng sản phẩm hiện có và số lượt xem.</w:t>
      </w:r>
    </w:p>
    <w:p w14:paraId="154AB1DC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Thành viên: </w:t>
      </w:r>
      <w:r>
        <w:rPr>
          <w:rFonts w:ascii="Arial" w:hAnsi="Arial"/>
          <w:color w:val="333333"/>
        </w:rPr>
        <w:t>Thống kê khách hàng (Report Customer): Xem lượng đăng ký thành viên mới.</w:t>
      </w:r>
    </w:p>
    <w:p w14:paraId="6D95F9BE" w14:textId="77777777" w:rsidR="00EB4B85" w:rsidRDefault="00000000">
      <w:pPr>
        <w:pStyle w:val="Heading1"/>
        <w:spacing w:before="400" w:after="240"/>
      </w:pPr>
      <w:bookmarkStart w:id="5" w:name="_Toc235995083"/>
      <w:r>
        <w:rPr>
          <w:rFonts w:ascii="Arial" w:hAnsi="Arial"/>
          <w:color w:val="1B365D"/>
          <w:sz w:val="32"/>
        </w:rPr>
        <w:lastRenderedPageBreak/>
        <w:t>2. Cấu hình Hệ thống (System Module)</w:t>
      </w:r>
      <w:bookmarkEnd w:id="5"/>
    </w:p>
    <w:p w14:paraId="2D9AF066" w14:textId="77777777" w:rsidR="00EB4B85" w:rsidRDefault="00000000">
      <w:pPr>
        <w:pStyle w:val="Heading2"/>
        <w:spacing w:before="280" w:after="200"/>
      </w:pPr>
      <w:bookmarkStart w:id="6" w:name="_Toc235995084"/>
      <w:r>
        <w:rPr>
          <w:rFonts w:ascii="Arial" w:hAnsi="Arial"/>
          <w:color w:val="008080"/>
        </w:rPr>
        <w:t>2.1. Cấu hình thông tin chung &amp; liên hệ</w:t>
      </w:r>
      <w:bookmarkEnd w:id="6"/>
    </w:p>
    <w:p w14:paraId="2C0554FE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Đường dẫn: Chọn mục 'Cấu hình hệ thống' trên menu bên trái.</w:t>
      </w:r>
    </w:p>
    <w:p w14:paraId="639A693E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Thông tin chung: </w:t>
      </w:r>
      <w:r>
        <w:rPr>
          <w:rFonts w:ascii="Arial" w:hAnsi="Arial"/>
          <w:color w:val="333333"/>
        </w:rPr>
        <w:t>Nhập Tên website, Logo, Favicon (ảnh nhỏ tab trình duyệt).</w:t>
      </w:r>
    </w:p>
    <w:p w14:paraId="35C4489D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Liên hệ: </w:t>
      </w:r>
      <w:r>
        <w:rPr>
          <w:rFonts w:ascii="Arial" w:hAnsi="Arial"/>
          <w:color w:val="333333"/>
        </w:rPr>
        <w:t>Nhập Số điện thoại, Email tiếp nhận, Địa chỉ hiển thị dưới chân trang.</w:t>
      </w:r>
    </w:p>
    <w:p w14:paraId="462287C0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Mạng xã hội: </w:t>
      </w:r>
      <w:r>
        <w:rPr>
          <w:rFonts w:ascii="Arial" w:hAnsi="Arial"/>
          <w:color w:val="333333"/>
        </w:rPr>
        <w:t>Dán liên kết Facebook, Zalo, Youtube để tự động hiển thị link ở chân trang.</w:t>
      </w:r>
    </w:p>
    <w:p w14:paraId="35BEACFD" w14:textId="77777777" w:rsidR="00EB4B85" w:rsidRDefault="00000000">
      <w:pPr>
        <w:pStyle w:val="Heading2"/>
        <w:spacing w:before="280" w:after="200"/>
      </w:pPr>
      <w:bookmarkStart w:id="7" w:name="_Toc235995085"/>
      <w:r>
        <w:rPr>
          <w:rFonts w:ascii="Arial" w:hAnsi="Arial"/>
          <w:color w:val="008080"/>
        </w:rPr>
        <w:t>2.2. Thiết lập Email tự động gửi đi (SMTP)</w:t>
      </w:r>
      <w:bookmarkEnd w:id="7"/>
    </w:p>
    <w:p w14:paraId="6EFF3063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Để hệ thống gửi email xác nhận đặt lịch/đơn hàng cho khách tự động:</w:t>
      </w:r>
    </w:p>
    <w:p w14:paraId="4EF034EF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Lấy mật khẩu Gmail: </w:t>
      </w:r>
      <w:r>
        <w:rPr>
          <w:rFonts w:ascii="Arial" w:hAnsi="Arial"/>
          <w:color w:val="333333"/>
        </w:rPr>
        <w:t>Vào tài khoản Google của bạn -&gt; Bảo mật -&gt; Bật xác minh 2 bước -&gt; Tạo 'Mật khẩu ứng dụng'.</w:t>
      </w:r>
    </w:p>
    <w:p w14:paraId="702B8F1C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Điền cấu hình: </w:t>
      </w:r>
      <w:r>
        <w:rPr>
          <w:rFonts w:ascii="Arial" w:hAnsi="Arial"/>
          <w:color w:val="333333"/>
        </w:rPr>
        <w:t>Quay lại trang cấu hình hệ thống, điền các thông tin sau:</w:t>
      </w:r>
    </w:p>
    <w:p w14:paraId="521E20A7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Mail Server Host: </w:t>
      </w:r>
      <w:r>
        <w:rPr>
          <w:rFonts w:ascii="Arial" w:hAnsi="Arial"/>
          <w:color w:val="333333"/>
        </w:rPr>
        <w:t>smtp.gmail.com</w:t>
      </w:r>
    </w:p>
    <w:p w14:paraId="68D78DB1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Cổng kết nối (Port): </w:t>
      </w:r>
      <w:r>
        <w:rPr>
          <w:rFonts w:ascii="Arial" w:hAnsi="Arial"/>
          <w:color w:val="333333"/>
        </w:rPr>
        <w:t>465 (SSL) hoặc 587 (TLS)</w:t>
      </w:r>
    </w:p>
    <w:p w14:paraId="3063B623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Tài khoản gửi: </w:t>
      </w:r>
      <w:r>
        <w:rPr>
          <w:rFonts w:ascii="Arial" w:hAnsi="Arial"/>
          <w:color w:val="333333"/>
        </w:rPr>
        <w:t>Địa chỉ Gmail của bạn</w:t>
      </w:r>
    </w:p>
    <w:p w14:paraId="7C4F39B3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Mật khẩu: </w:t>
      </w:r>
      <w:r>
        <w:rPr>
          <w:rFonts w:ascii="Arial" w:hAnsi="Arial"/>
          <w:color w:val="333333"/>
        </w:rPr>
        <w:t>Mã 16 ký tự mật khẩu ứng dụng vừa tạo</w:t>
      </w:r>
    </w:p>
    <w:p w14:paraId="066571D4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Lưu: </w:t>
      </w:r>
      <w:r>
        <w:rPr>
          <w:rFonts w:ascii="Arial" w:hAnsi="Arial"/>
          <w:color w:val="333333"/>
        </w:rPr>
        <w:t>Nhấn 'Lưu cấu hình' để hoàn thành.</w:t>
      </w:r>
    </w:p>
    <w:p w14:paraId="7CCC97C5" w14:textId="77777777" w:rsidR="00EB4B85" w:rsidRDefault="00000000">
      <w:pPr>
        <w:pStyle w:val="Heading2"/>
        <w:spacing w:before="280" w:after="200"/>
      </w:pPr>
      <w:bookmarkStart w:id="8" w:name="_Toc235995086"/>
      <w:r>
        <w:rPr>
          <w:rFonts w:ascii="Arial" w:hAnsi="Arial"/>
          <w:color w:val="008080"/>
        </w:rPr>
        <w:t>2.3. Cài đặt SEO mặc định cho trang chủ</w:t>
      </w:r>
      <w:bookmarkEnd w:id="8"/>
    </w:p>
    <w:p w14:paraId="4FE764E4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Thiết lập: </w:t>
      </w:r>
      <w:r>
        <w:rPr>
          <w:rFonts w:ascii="Arial" w:hAnsi="Arial"/>
          <w:color w:val="333333"/>
        </w:rPr>
        <w:t>Nhập tiêu đề trang chủ (dưới 70 chữ) và mô tả trang (dưới 160 chữ) để Google nhận diện.</w:t>
      </w:r>
    </w:p>
    <w:p w14:paraId="7B165046" w14:textId="77777777" w:rsidR="00EB4B85" w:rsidRDefault="00000000">
      <w:pPr>
        <w:pStyle w:val="Heading1"/>
        <w:spacing w:before="400" w:after="240"/>
      </w:pPr>
      <w:bookmarkStart w:id="9" w:name="_Toc235995087"/>
      <w:r>
        <w:rPr>
          <w:rFonts w:ascii="Arial" w:hAnsi="Arial"/>
          <w:color w:val="1B365D"/>
          <w:sz w:val="32"/>
        </w:rPr>
        <w:t>3. Quản lý Giới thiệu &amp; Đánh giá (Introduce &amp; Review Module)</w:t>
      </w:r>
      <w:bookmarkEnd w:id="9"/>
    </w:p>
    <w:p w14:paraId="22127848" w14:textId="77777777" w:rsidR="00EB4B85" w:rsidRDefault="00000000">
      <w:pPr>
        <w:pStyle w:val="Heading2"/>
        <w:spacing w:before="280" w:after="200"/>
      </w:pPr>
      <w:bookmarkStart w:id="10" w:name="_Toc235995088"/>
      <w:r>
        <w:rPr>
          <w:rFonts w:ascii="Arial" w:hAnsi="Arial"/>
          <w:color w:val="008080"/>
        </w:rPr>
        <w:t>3.1. Viết bài giới thiệu doanh nghiệp</w:t>
      </w:r>
      <w:bookmarkEnd w:id="10"/>
    </w:p>
    <w:p w14:paraId="399D1688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Đường dẫn: Quản lý giới thiệu (`introduce`).</w:t>
      </w:r>
    </w:p>
    <w:p w14:paraId="5A7637F8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Nhập tiêu đề trang, soạn thảo nội dung giới thiệu chi tiết (tầm nhìn, sứ mệnh) và lưu lại.</w:t>
      </w:r>
    </w:p>
    <w:p w14:paraId="044E19C3" w14:textId="77777777" w:rsidR="00EB4B85" w:rsidRDefault="00000000">
      <w:pPr>
        <w:pStyle w:val="Heading2"/>
        <w:spacing w:before="280" w:after="200"/>
      </w:pPr>
      <w:bookmarkStart w:id="11" w:name="_Toc235995089"/>
      <w:r>
        <w:rPr>
          <w:rFonts w:ascii="Arial" w:hAnsi="Arial"/>
          <w:color w:val="008080"/>
        </w:rPr>
        <w:t>3.2. Quản lý đánh giá của khách hàng</w:t>
      </w:r>
      <w:bookmarkEnd w:id="11"/>
    </w:p>
    <w:p w14:paraId="433EFA33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Đường dẫn: Quản lý đánh giá (`review`).</w:t>
      </w:r>
    </w:p>
    <w:p w14:paraId="62113E62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lastRenderedPageBreak/>
        <w:t xml:space="preserve">Thao tác: </w:t>
      </w:r>
      <w:r>
        <w:rPr>
          <w:rFonts w:ascii="Arial" w:hAnsi="Arial"/>
          <w:color w:val="333333"/>
        </w:rPr>
        <w:t>Xem danh sách sao đánh giá, bình luận khách hàng gửi về. Có thể click ẩn hoặc xóa nếu thông tin spam.</w:t>
      </w:r>
    </w:p>
    <w:p w14:paraId="4A9316DC" w14:textId="77777777" w:rsidR="00EB4B85" w:rsidRDefault="00000000">
      <w:pPr>
        <w:pStyle w:val="Heading1"/>
        <w:spacing w:before="400" w:after="240"/>
      </w:pPr>
      <w:bookmarkStart w:id="12" w:name="_Toc235995090"/>
      <w:r>
        <w:rPr>
          <w:rFonts w:ascii="Arial" w:hAnsi="Arial"/>
          <w:color w:val="1B365D"/>
          <w:sz w:val="32"/>
        </w:rPr>
        <w:t>4. Quản lý Menu, Slide &amp; Widget hiển thị</w:t>
      </w:r>
      <w:bookmarkEnd w:id="12"/>
    </w:p>
    <w:p w14:paraId="07E0C6EC" w14:textId="77777777" w:rsidR="00EB4B85" w:rsidRDefault="00000000">
      <w:pPr>
        <w:pStyle w:val="Heading2"/>
        <w:spacing w:before="280" w:after="200"/>
      </w:pPr>
      <w:bookmarkStart w:id="13" w:name="_Toc235995091"/>
      <w:r>
        <w:rPr>
          <w:rFonts w:ascii="Arial" w:hAnsi="Arial"/>
          <w:color w:val="008080"/>
        </w:rPr>
        <w:t>4.1. Thiết lập Menu điều hướng</w:t>
      </w:r>
      <w:bookmarkEnd w:id="13"/>
    </w:p>
    <w:p w14:paraId="553C0CC5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Đường dẫn: Cấu hình giao diện -&gt; Quản lý Menu.</w:t>
      </w:r>
    </w:p>
    <w:p w14:paraId="7BC2D4E1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Thêm mục: </w:t>
      </w:r>
      <w:r>
        <w:rPr>
          <w:rFonts w:ascii="Arial" w:hAnsi="Arial"/>
          <w:color w:val="333333"/>
        </w:rPr>
        <w:t>Nhấp chọn menu cần sửa. Tích chọn trang/danh mục ở cột trái -&gt; Nhấn 'Thêm vào menu'.</w:t>
      </w:r>
    </w:p>
    <w:p w14:paraId="7C6DAA7B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Sắp xếp: </w:t>
      </w:r>
      <w:r>
        <w:rPr>
          <w:rFonts w:ascii="Arial" w:hAnsi="Arial"/>
          <w:color w:val="333333"/>
        </w:rPr>
        <w:t>Kéo thả chuột lên xuống để đổi vị trí hiển thị, kéo lệch sang phải để làm menu con thả xuống.</w:t>
      </w:r>
    </w:p>
    <w:p w14:paraId="16321C82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Hoàn tất: </w:t>
      </w:r>
      <w:r>
        <w:rPr>
          <w:rFonts w:ascii="Arial" w:hAnsi="Arial"/>
          <w:color w:val="333333"/>
        </w:rPr>
        <w:t>Nhấn 'Lưu cấu trúc Menu'.</w:t>
      </w:r>
    </w:p>
    <w:p w14:paraId="1B7C6964" w14:textId="77777777" w:rsidR="00EB4B85" w:rsidRDefault="00000000">
      <w:pPr>
        <w:pStyle w:val="Heading2"/>
        <w:spacing w:before="280" w:after="200"/>
      </w:pPr>
      <w:bookmarkStart w:id="14" w:name="_Toc235995092"/>
      <w:r>
        <w:rPr>
          <w:rFonts w:ascii="Arial" w:hAnsi="Arial"/>
          <w:color w:val="008080"/>
        </w:rPr>
        <w:t>4.2. Cài đặt ảnh Slide chạy trang chủ</w:t>
      </w:r>
      <w:bookmarkEnd w:id="14"/>
    </w:p>
    <w:p w14:paraId="0EE3E3B8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Đường dẫn: Quản lý Slide.</w:t>
      </w:r>
    </w:p>
    <w:p w14:paraId="57A3BAC5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Nhấp 'Thêm mới Slide' -&gt; Tải ảnh lên -&gt; Nhập link liên kết đích khi khách hàng click vào ảnh -&gt; Lưu.</w:t>
      </w:r>
    </w:p>
    <w:p w14:paraId="3F4108DC" w14:textId="77777777" w:rsidR="00EB4B85" w:rsidRDefault="00000000">
      <w:pPr>
        <w:pStyle w:val="Heading2"/>
        <w:spacing w:before="280" w:after="200"/>
      </w:pPr>
      <w:bookmarkStart w:id="15" w:name="_Toc235995093"/>
      <w:r>
        <w:rPr>
          <w:rFonts w:ascii="Arial" w:hAnsi="Arial"/>
          <w:color w:val="008080"/>
        </w:rPr>
        <w:t>4.3. Quản lý khối nội dung Widget</w:t>
      </w:r>
      <w:bookmarkEnd w:id="15"/>
    </w:p>
    <w:p w14:paraId="3CFDABF9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Widget (`widget`) giúp bạn nhóm các thông tin động (như 5 bài viết mới nhất) đưa ra hiển thị trên trang chủ.</w:t>
      </w:r>
    </w:p>
    <w:p w14:paraId="6ABB574E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Chọn Thêm mới Widget -&gt; Chọn loại nội dung hiển thị -&gt; Tích chọn danh mục nguồn tương ứng -&gt; Lưu.</w:t>
      </w:r>
    </w:p>
    <w:p w14:paraId="30114219" w14:textId="77777777" w:rsidR="00EB4B85" w:rsidRDefault="00000000">
      <w:pPr>
        <w:pStyle w:val="Heading1"/>
        <w:spacing w:before="400" w:after="240"/>
      </w:pPr>
      <w:bookmarkStart w:id="16" w:name="_Toc235995094"/>
      <w:r>
        <w:rPr>
          <w:rFonts w:ascii="Arial" w:hAnsi="Arial"/>
          <w:color w:val="1B365D"/>
          <w:sz w:val="32"/>
        </w:rPr>
        <w:t>5. Quản trị Tin tức &amp; Bài viết (Post Module)</w:t>
      </w:r>
      <w:bookmarkEnd w:id="16"/>
    </w:p>
    <w:p w14:paraId="21218F1A" w14:textId="77777777" w:rsidR="00EB4B85" w:rsidRDefault="00000000">
      <w:pPr>
        <w:pStyle w:val="Heading2"/>
        <w:spacing w:before="280" w:after="200"/>
      </w:pPr>
      <w:bookmarkStart w:id="17" w:name="_Toc235995095"/>
      <w:r>
        <w:rPr>
          <w:rFonts w:ascii="Arial" w:hAnsi="Arial"/>
          <w:color w:val="008080"/>
        </w:rPr>
        <w:t>5.1. Tạo Danh mục bài viết (Post Catalogue)</w:t>
      </w:r>
      <w:bookmarkEnd w:id="17"/>
    </w:p>
    <w:p w14:paraId="1F7BA001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mục Bài viết -&gt; Danh mục bài viết -&gt; Nhấp Thêm mới -&gt; Nhập tên danh mục (ví dụ: Tin tức thị trường) -&gt; Lưu.</w:t>
      </w:r>
    </w:p>
    <w:p w14:paraId="64B60BBF" w14:textId="77777777" w:rsidR="00EB4B85" w:rsidRDefault="00000000">
      <w:pPr>
        <w:pStyle w:val="Heading2"/>
        <w:spacing w:before="280" w:after="200"/>
      </w:pPr>
      <w:bookmarkStart w:id="18" w:name="_Toc235995096"/>
      <w:r>
        <w:rPr>
          <w:rFonts w:ascii="Arial" w:hAnsi="Arial"/>
          <w:color w:val="008080"/>
        </w:rPr>
        <w:t>5.2. Đăng tin tức bài viết mới (Post)</w:t>
      </w:r>
      <w:bookmarkEnd w:id="18"/>
    </w:p>
    <w:p w14:paraId="36ED7FDF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1: </w:t>
      </w:r>
      <w:r>
        <w:rPr>
          <w:rFonts w:ascii="Arial" w:hAnsi="Arial"/>
          <w:color w:val="333333"/>
        </w:rPr>
        <w:t>Vào mục Bài viết -&gt; Thêm bài viết mới.</w:t>
      </w:r>
    </w:p>
    <w:p w14:paraId="504F4D8D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2: </w:t>
      </w:r>
      <w:r>
        <w:rPr>
          <w:rFonts w:ascii="Arial" w:hAnsi="Arial"/>
          <w:color w:val="333333"/>
        </w:rPr>
        <w:t>Nhập tiêu đề, đoạn mô tả tóm tắt ngắn, và soạn nội dung chi tiết bài viết.</w:t>
      </w:r>
    </w:p>
    <w:p w14:paraId="0D5EF544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lastRenderedPageBreak/>
        <w:t xml:space="preserve">Bước 3: </w:t>
      </w:r>
      <w:r>
        <w:rPr>
          <w:rFonts w:ascii="Arial" w:hAnsi="Arial"/>
          <w:color w:val="333333"/>
        </w:rPr>
        <w:t>Tích chọn danh mục bài viết ở cột phải, chọn ảnh đại diện nổi bật -&gt; Nhấn đăng bài.</w:t>
      </w:r>
    </w:p>
    <w:p w14:paraId="0EF3D96B" w14:textId="77777777" w:rsidR="00EB4B85" w:rsidRDefault="00000000">
      <w:pPr>
        <w:pStyle w:val="Heading1"/>
        <w:spacing w:before="400" w:after="240"/>
      </w:pPr>
      <w:bookmarkStart w:id="19" w:name="_Toc235995097"/>
      <w:r>
        <w:rPr>
          <w:rFonts w:ascii="Arial" w:hAnsi="Arial"/>
          <w:color w:val="1B365D"/>
          <w:sz w:val="32"/>
        </w:rPr>
        <w:t>6. Quản lý Liên hệ &amp; Đa ngôn ngữ (Contact &amp; Language Module)</w:t>
      </w:r>
      <w:bookmarkEnd w:id="19"/>
    </w:p>
    <w:p w14:paraId="3BE89BB0" w14:textId="77777777" w:rsidR="00EB4B85" w:rsidRDefault="00000000">
      <w:pPr>
        <w:pStyle w:val="Heading2"/>
        <w:spacing w:before="280" w:after="200"/>
      </w:pPr>
      <w:bookmarkStart w:id="20" w:name="_Toc235995098"/>
      <w:r>
        <w:rPr>
          <w:rFonts w:ascii="Arial" w:hAnsi="Arial"/>
          <w:color w:val="008080"/>
        </w:rPr>
        <w:t>6.1. Xem thư liên hệ của khách hàng</w:t>
      </w:r>
      <w:bookmarkEnd w:id="20"/>
    </w:p>
    <w:p w14:paraId="65A98328" w14:textId="77777777" w:rsidR="00EB4B85" w:rsidRDefault="00000000">
      <w:pPr>
        <w:spacing w:line="312" w:lineRule="auto"/>
      </w:pPr>
      <w:r>
        <w:rPr>
          <w:rFonts w:ascii="Arial" w:hAnsi="Arial"/>
          <w:color w:val="333333"/>
        </w:rPr>
        <w:t>Đường dẫn: Quản lý liên hệ (`contact`).</w:t>
      </w:r>
    </w:p>
    <w:p w14:paraId="331975AA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Xem danh sách thông tin khách gửi từ form liên hệ gồm: Tên, SĐT, Email, nội dung nhắn. Cập nhật trạng thái 'Đã xử lý' sau khi tư vấn xong.</w:t>
      </w:r>
    </w:p>
    <w:p w14:paraId="72C3D651" w14:textId="77777777" w:rsidR="00EB4B85" w:rsidRDefault="00000000">
      <w:pPr>
        <w:pStyle w:val="Heading2"/>
        <w:spacing w:before="280" w:after="200"/>
      </w:pPr>
      <w:bookmarkStart w:id="21" w:name="_Toc235995099"/>
      <w:r>
        <w:rPr>
          <w:rFonts w:ascii="Arial" w:hAnsi="Arial"/>
          <w:color w:val="008080"/>
        </w:rPr>
        <w:t>6.2. Dịch thuật nội dung đa ngôn ngữ</w:t>
      </w:r>
      <w:bookmarkEnd w:id="21"/>
    </w:p>
    <w:p w14:paraId="5E01E047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Dịch nội dung: </w:t>
      </w:r>
      <w:r>
        <w:rPr>
          <w:rFonts w:ascii="Arial" w:hAnsi="Arial"/>
          <w:color w:val="333333"/>
        </w:rPr>
        <w:t>Dịch bài viết/danh mục: Khi viết bài, click tab ngôn ngữ khác ở góc trên form (ví dụ tab English) -&gt; Nhập nội dung dịch -&gt; Lưu.</w:t>
      </w:r>
    </w:p>
    <w:p w14:paraId="0905F191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Dịch từ khóa: </w:t>
      </w:r>
      <w:r>
        <w:rPr>
          <w:rFonts w:ascii="Arial" w:hAnsi="Arial"/>
          <w:color w:val="333333"/>
        </w:rPr>
        <w:t>Dịch từ khóa giao diện: Vào Ngôn ngữ -&gt; Dịch giao diện -&gt; Tìm kiếm từ khóa gốc -&gt; Nhập bản dịch bên cạnh -&gt; Lưu.</w:t>
      </w:r>
    </w:p>
    <w:p w14:paraId="4410FF1F" w14:textId="77777777" w:rsidR="00EB4B85" w:rsidRDefault="00000000">
      <w:pPr>
        <w:pStyle w:val="Heading1"/>
        <w:spacing w:before="400" w:after="240"/>
      </w:pPr>
      <w:bookmarkStart w:id="22" w:name="_Toc235995100"/>
      <w:r>
        <w:rPr>
          <w:rFonts w:ascii="Arial" w:hAnsi="Arial"/>
          <w:color w:val="1B365D"/>
          <w:sz w:val="32"/>
        </w:rPr>
        <w:t>7. Quản lý Tài khoản &amp; Phân quyền (User &amp; Permission Module)</w:t>
      </w:r>
      <w:bookmarkEnd w:id="22"/>
    </w:p>
    <w:p w14:paraId="5B1831FC" w14:textId="77777777" w:rsidR="00EB4B85" w:rsidRDefault="00000000">
      <w:pPr>
        <w:pStyle w:val="Heading2"/>
        <w:spacing w:before="280" w:after="200"/>
      </w:pPr>
      <w:bookmarkStart w:id="23" w:name="_Toc235995101"/>
      <w:r>
        <w:rPr>
          <w:rFonts w:ascii="Arial" w:hAnsi="Arial"/>
          <w:color w:val="008080"/>
        </w:rPr>
        <w:t>7.1. Tạo tài khoản nhân viên quản trị (User)</w:t>
      </w:r>
      <w:bookmarkEnd w:id="23"/>
    </w:p>
    <w:p w14:paraId="4A4275B3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mục Tài khoản -&gt; Quản lý tài khoản -&gt; Thêm mới -&gt; Điền email, họ tên, mật khẩu, số điện thoại -&gt; Chọn nhóm phân quyền -&gt; Lưu.</w:t>
      </w:r>
    </w:p>
    <w:p w14:paraId="72AA361B" w14:textId="77777777" w:rsidR="00EB4B85" w:rsidRDefault="00000000">
      <w:pPr>
        <w:pStyle w:val="Heading2"/>
        <w:spacing w:before="280" w:after="200"/>
      </w:pPr>
      <w:bookmarkStart w:id="24" w:name="_Toc235995102"/>
      <w:r>
        <w:rPr>
          <w:rFonts w:ascii="Arial" w:hAnsi="Arial"/>
          <w:color w:val="008080"/>
        </w:rPr>
        <w:t>7.2. Phân quyền chi tiết cho nhóm nhân viên</w:t>
      </w:r>
      <w:bookmarkEnd w:id="24"/>
    </w:p>
    <w:p w14:paraId="06EAA119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1: </w:t>
      </w:r>
      <w:r>
        <w:rPr>
          <w:rFonts w:ascii="Arial" w:hAnsi="Arial"/>
          <w:color w:val="333333"/>
        </w:rPr>
        <w:t>Vào mục Tài khoản -&gt; chọn 'Nhóm tài khoản' (User Catalogue).</w:t>
      </w:r>
    </w:p>
    <w:p w14:paraId="7232F626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2: </w:t>
      </w:r>
      <w:r>
        <w:rPr>
          <w:rFonts w:ascii="Arial" w:hAnsi="Arial"/>
          <w:color w:val="333333"/>
        </w:rPr>
        <w:t>Nhấp chọn 'Phân quyền' tại nhóm muốn thiết lập (ví dụ: Nhân viên đăng bài).</w:t>
      </w:r>
    </w:p>
    <w:p w14:paraId="281A073E" w14:textId="77777777" w:rsidR="00EB4B85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3: </w:t>
      </w:r>
      <w:r>
        <w:rPr>
          <w:rFonts w:ascii="Arial" w:hAnsi="Arial"/>
          <w:color w:val="333333"/>
        </w:rPr>
        <w:t>Tích chọn các ô quyền hạn chi tiết (ví dụ: chỉ tích chọn quyền đăng bài viết, không tích quyền cấu hình hệ thống) -&gt; Lưu.</w:t>
      </w:r>
    </w:p>
    <w:sectPr w:rsidR="00EB4B8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42491">
    <w:abstractNumId w:val="8"/>
  </w:num>
  <w:num w:numId="2" w16cid:durableId="2083866702">
    <w:abstractNumId w:val="6"/>
  </w:num>
  <w:num w:numId="3" w16cid:durableId="1723628365">
    <w:abstractNumId w:val="5"/>
  </w:num>
  <w:num w:numId="4" w16cid:durableId="105583699">
    <w:abstractNumId w:val="4"/>
  </w:num>
  <w:num w:numId="5" w16cid:durableId="266543637">
    <w:abstractNumId w:val="7"/>
  </w:num>
  <w:num w:numId="6" w16cid:durableId="24528330">
    <w:abstractNumId w:val="3"/>
  </w:num>
  <w:num w:numId="7" w16cid:durableId="1840383584">
    <w:abstractNumId w:val="2"/>
  </w:num>
  <w:num w:numId="8" w16cid:durableId="1532264302">
    <w:abstractNumId w:val="1"/>
  </w:num>
  <w:num w:numId="9" w16cid:durableId="143913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1C58"/>
    <w:rsid w:val="00AA1D8D"/>
    <w:rsid w:val="00B47730"/>
    <w:rsid w:val="00CB0664"/>
    <w:rsid w:val="00E931B7"/>
    <w:rsid w:val="00EB4B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626091"/>
  <w14:defaultImageDpi w14:val="300"/>
  <w15:docId w15:val="{F3882968-7312-4A70-998B-75D513B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931B7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E931B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93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Thanh Trung</cp:lastModifiedBy>
  <cp:revision>2</cp:revision>
  <dcterms:created xsi:type="dcterms:W3CDTF">2013-12-23T23:15:00Z</dcterms:created>
  <dcterms:modified xsi:type="dcterms:W3CDTF">2026-07-26T14:51:00Z</dcterms:modified>
  <cp:category/>
</cp:coreProperties>
</file>