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F645E4" w14:textId="77777777" w:rsidR="00B556CF" w:rsidRDefault="00000000">
      <w:pPr>
        <w:spacing w:before="960" w:after="240"/>
        <w:jc w:val="center"/>
      </w:pPr>
      <w:r>
        <w:rPr>
          <w:rFonts w:ascii="Arial" w:hAnsi="Arial"/>
          <w:b/>
          <w:color w:val="1B365D"/>
          <w:sz w:val="40"/>
        </w:rPr>
        <w:t>HƯỚNG DẪN QUẢN TRỊ WEBSITE SÀN GIAO DỊCH BẤT ĐỘNG SẢN</w:t>
      </w:r>
    </w:p>
    <w:p w14:paraId="75E3EE07" w14:textId="77777777" w:rsidR="00B556CF" w:rsidRDefault="00000000">
      <w:pPr>
        <w:spacing w:after="960"/>
        <w:jc w:val="center"/>
      </w:pPr>
      <w:r>
        <w:rPr>
          <w:rFonts w:ascii="Arial" w:hAnsi="Arial"/>
          <w:i/>
          <w:color w:val="666666"/>
          <w:sz w:val="23"/>
        </w:rPr>
        <w:t>Tài liệu hướng dẫn thao tác nhanh - Quản lý tin đăng rao bán &amp; cho thuê</w:t>
      </w:r>
    </w:p>
    <w:p w14:paraId="442F7735" w14:textId="77777777" w:rsidR="00B556CF" w:rsidRDefault="00000000">
      <w:pPr>
        <w:jc w:val="center"/>
      </w:pPr>
      <w:r>
        <w:rPr>
          <w:rFonts w:ascii="Arial" w:hAnsi="Arial"/>
          <w:color w:val="008080"/>
        </w:rPr>
        <w:t>—————————————————————————</w:t>
      </w:r>
    </w:p>
    <w:p w14:paraId="6BFCFF0C" w14:textId="77777777" w:rsidR="00B556CF" w:rsidRDefault="00000000">
      <w:r>
        <w:br w:type="page"/>
      </w:r>
    </w:p>
    <w:p w14:paraId="63D1648C" w14:textId="7DB71EFD" w:rsidR="00B556CF" w:rsidRDefault="00000000">
      <w:pPr>
        <w:spacing w:before="240" w:after="240"/>
      </w:pPr>
      <w:r>
        <w:rPr>
          <w:rFonts w:ascii="Arial" w:hAnsi="Arial"/>
          <w:b/>
          <w:i/>
          <w:color w:val="008080"/>
          <w:sz w:val="23"/>
        </w:rPr>
        <w:lastRenderedPageBreak/>
        <w:t>MỤC LỤC HƯỚNG DẪN</w:t>
      </w:r>
    </w:p>
    <w:p w14:paraId="06BD5817" w14:textId="49C4D41C" w:rsidR="00EA0A66" w:rsidRDefault="00000000">
      <w:pPr>
        <w:pStyle w:val="TOC2"/>
        <w:tabs>
          <w:tab w:val="right" w:leader="dot" w:pos="9350"/>
        </w:tabs>
        <w:rPr>
          <w:noProof/>
        </w:rPr>
      </w:pPr>
      <w:r>
        <w:fldChar w:fldCharType="begin"/>
      </w:r>
      <w:r>
        <w:instrText>TOC \o "1-3" \h \z \u</w:instrText>
      </w:r>
      <w:r>
        <w:fldChar w:fldCharType="separate"/>
      </w:r>
      <w:hyperlink w:anchor="_Toc235995187" w:history="1">
        <w:r w:rsidR="00EA0A66" w:rsidRPr="00386C18">
          <w:rPr>
            <w:rStyle w:val="Hyperlink"/>
            <w:rFonts w:ascii="Arial" w:hAnsi="Arial"/>
            <w:noProof/>
          </w:rPr>
          <w:t>Giải thích thuật ngữ hệ thống</w:t>
        </w:r>
        <w:r w:rsidR="00EA0A66">
          <w:rPr>
            <w:noProof/>
            <w:webHidden/>
          </w:rPr>
          <w:tab/>
        </w:r>
        <w:r w:rsidR="00EA0A66">
          <w:rPr>
            <w:noProof/>
            <w:webHidden/>
          </w:rPr>
          <w:fldChar w:fldCharType="begin"/>
        </w:r>
        <w:r w:rsidR="00EA0A66">
          <w:rPr>
            <w:noProof/>
            <w:webHidden/>
          </w:rPr>
          <w:instrText xml:space="preserve"> PAGEREF _Toc235995187 \h </w:instrText>
        </w:r>
        <w:r w:rsidR="00EA0A66">
          <w:rPr>
            <w:noProof/>
            <w:webHidden/>
          </w:rPr>
        </w:r>
        <w:r w:rsidR="00EA0A66">
          <w:rPr>
            <w:noProof/>
            <w:webHidden/>
          </w:rPr>
          <w:fldChar w:fldCharType="separate"/>
        </w:r>
        <w:r w:rsidR="00EA0A66">
          <w:rPr>
            <w:noProof/>
            <w:webHidden/>
          </w:rPr>
          <w:t>3</w:t>
        </w:r>
        <w:r w:rsidR="00EA0A66">
          <w:rPr>
            <w:noProof/>
            <w:webHidden/>
          </w:rPr>
          <w:fldChar w:fldCharType="end"/>
        </w:r>
      </w:hyperlink>
    </w:p>
    <w:p w14:paraId="28E91285" w14:textId="622E9C93" w:rsidR="00EA0A66" w:rsidRDefault="00EA0A66">
      <w:pPr>
        <w:pStyle w:val="TOC1"/>
        <w:tabs>
          <w:tab w:val="right" w:leader="dot" w:pos="9350"/>
        </w:tabs>
        <w:rPr>
          <w:noProof/>
        </w:rPr>
      </w:pPr>
      <w:hyperlink w:anchor="_Toc235995188" w:history="1">
        <w:r w:rsidRPr="00386C18">
          <w:rPr>
            <w:rStyle w:val="Hyperlink"/>
            <w:rFonts w:ascii="Arial" w:hAnsi="Arial"/>
            <w:noProof/>
          </w:rPr>
          <w:t>1. Đăng tin và Quản lý Bất động sản (RealEstate Module)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_Toc235995188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10783995" w14:textId="0D197994" w:rsidR="00EA0A66" w:rsidRDefault="00EA0A66">
      <w:pPr>
        <w:pStyle w:val="TOC2"/>
        <w:tabs>
          <w:tab w:val="right" w:leader="dot" w:pos="9350"/>
        </w:tabs>
        <w:rPr>
          <w:noProof/>
        </w:rPr>
      </w:pPr>
      <w:hyperlink w:anchor="_Toc235995189" w:history="1">
        <w:r w:rsidRPr="00386C18">
          <w:rPr>
            <w:rStyle w:val="Hyperlink"/>
            <w:rFonts w:ascii="Arial" w:hAnsi="Arial"/>
            <w:noProof/>
          </w:rPr>
          <w:t>1.1. Thao tác đăng tin rao bán/cho thuê mới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_Toc235995189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6F45C49F" w14:textId="052BDB4A" w:rsidR="00EA0A66" w:rsidRDefault="00EA0A66">
      <w:pPr>
        <w:pStyle w:val="TOC1"/>
        <w:tabs>
          <w:tab w:val="right" w:leader="dot" w:pos="9350"/>
        </w:tabs>
        <w:rPr>
          <w:noProof/>
        </w:rPr>
      </w:pPr>
      <w:hyperlink w:anchor="_Toc235995190" w:history="1">
        <w:r w:rsidRPr="00386C18">
          <w:rPr>
            <w:rStyle w:val="Hyperlink"/>
            <w:rFonts w:ascii="Arial" w:hAnsi="Arial"/>
            <w:noProof/>
          </w:rPr>
          <w:t>2. Quản lý Danh mục Bất động sản (RealEstate Catalogue)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_Toc235995190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6294EA24" w14:textId="51A7BB46" w:rsidR="00EA0A66" w:rsidRDefault="00EA0A66">
      <w:pPr>
        <w:pStyle w:val="TOC1"/>
        <w:tabs>
          <w:tab w:val="right" w:leader="dot" w:pos="9350"/>
        </w:tabs>
        <w:rPr>
          <w:noProof/>
        </w:rPr>
      </w:pPr>
      <w:hyperlink w:anchor="_Toc235995191" w:history="1">
        <w:r w:rsidRPr="00386C18">
          <w:rPr>
            <w:rStyle w:val="Hyperlink"/>
            <w:rFonts w:ascii="Arial" w:hAnsi="Arial"/>
            <w:noProof/>
          </w:rPr>
          <w:t>3. Quản lý Dự án Bất động sản (Project Module)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_Toc235995191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05E753F4" w14:textId="5E7C2AE9" w:rsidR="00EA0A66" w:rsidRDefault="00EA0A66">
      <w:pPr>
        <w:pStyle w:val="TOC1"/>
        <w:tabs>
          <w:tab w:val="right" w:leader="dot" w:pos="9350"/>
        </w:tabs>
        <w:rPr>
          <w:noProof/>
        </w:rPr>
      </w:pPr>
      <w:hyperlink w:anchor="_Toc235995192" w:history="1">
        <w:r w:rsidRPr="00386C18">
          <w:rPr>
            <w:rStyle w:val="Hyperlink"/>
            <w:rFonts w:ascii="Arial" w:hAnsi="Arial"/>
            <w:noProof/>
          </w:rPr>
          <w:t>4. Quản lý Tiện nghi Bất động sản (Amenity Module)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_Toc235995192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168C6832" w14:textId="475AA351" w:rsidR="00EA0A66" w:rsidRDefault="00EA0A66">
      <w:pPr>
        <w:pStyle w:val="TOC1"/>
        <w:tabs>
          <w:tab w:val="right" w:leader="dot" w:pos="9350"/>
        </w:tabs>
        <w:rPr>
          <w:noProof/>
        </w:rPr>
      </w:pPr>
      <w:hyperlink w:anchor="_Toc235995193" w:history="1">
        <w:r w:rsidRPr="00386C18">
          <w:rPr>
            <w:rStyle w:val="Hyperlink"/>
            <w:rFonts w:ascii="Arial" w:hAnsi="Arial"/>
            <w:noProof/>
          </w:rPr>
          <w:t>5. Tiếp nhận Yêu cầu Tư vấn Tin đăng (Contact Request Module)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_Toc235995193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2386149E" w14:textId="35F4E97B" w:rsidR="00EA0A66" w:rsidRDefault="00EA0A66">
      <w:pPr>
        <w:pStyle w:val="TOC1"/>
        <w:tabs>
          <w:tab w:val="right" w:leader="dot" w:pos="9350"/>
        </w:tabs>
        <w:rPr>
          <w:noProof/>
        </w:rPr>
      </w:pPr>
      <w:hyperlink w:anchor="_Toc235995194" w:history="1">
        <w:r w:rsidRPr="00386C18">
          <w:rPr>
            <w:rStyle w:val="Hyperlink"/>
            <w:rFonts w:ascii="Arial" w:hAnsi="Arial"/>
            <w:noProof/>
          </w:rPr>
          <w:t>6. Quản lý kiểm duyệt tin đăng của Thành viên (Customer Module)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_Toc235995194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730B2BFE" w14:textId="69D1ABB1" w:rsidR="00B556CF" w:rsidRDefault="00000000">
      <w:pPr>
        <w:spacing w:after="240"/>
      </w:pPr>
      <w:r>
        <w:fldChar w:fldCharType="end"/>
      </w:r>
    </w:p>
    <w:p w14:paraId="0EA3A703" w14:textId="77777777" w:rsidR="00B556CF" w:rsidRDefault="00000000">
      <w:r>
        <w:br w:type="page"/>
      </w:r>
    </w:p>
    <w:p w14:paraId="374ADBC2" w14:textId="77777777" w:rsidR="00B556CF" w:rsidRDefault="00000000">
      <w:pPr>
        <w:pStyle w:val="Heading2"/>
        <w:spacing w:before="280" w:after="200"/>
      </w:pPr>
      <w:bookmarkStart w:id="0" w:name="_Toc235995187"/>
      <w:r>
        <w:rPr>
          <w:rFonts w:ascii="Arial" w:hAnsi="Arial"/>
          <w:color w:val="008080"/>
        </w:rPr>
        <w:lastRenderedPageBreak/>
        <w:t>Giải thích thuật ngữ hệ thống</w:t>
      </w:r>
      <w:bookmarkEnd w:id="0"/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680"/>
        <w:gridCol w:w="4680"/>
      </w:tblGrid>
      <w:tr w:rsidR="00B556CF" w14:paraId="256A3703" w14:textId="77777777">
        <w:trPr>
          <w:jc w:val="center"/>
        </w:trPr>
        <w:tc>
          <w:tcPr>
            <w:tcW w:w="4680" w:type="dxa"/>
            <w:shd w:val="clear" w:color="auto" w:fill="1B365D"/>
          </w:tcPr>
          <w:p w14:paraId="4DDD67C2" w14:textId="77777777" w:rsidR="00B556CF" w:rsidRDefault="00000000">
            <w:pPr>
              <w:spacing w:before="120" w:after="120"/>
            </w:pPr>
            <w:r>
              <w:rPr>
                <w:rFonts w:ascii="Arial" w:hAnsi="Arial"/>
                <w:b/>
                <w:color w:val="FFFFFF"/>
                <w:sz w:val="21"/>
              </w:rPr>
              <w:t>Thuật ngữ</w:t>
            </w:r>
          </w:p>
        </w:tc>
        <w:tc>
          <w:tcPr>
            <w:tcW w:w="4680" w:type="dxa"/>
            <w:shd w:val="clear" w:color="auto" w:fill="1B365D"/>
          </w:tcPr>
          <w:p w14:paraId="41E265DA" w14:textId="77777777" w:rsidR="00B556CF" w:rsidRDefault="00000000">
            <w:pPr>
              <w:spacing w:before="120" w:after="120"/>
            </w:pPr>
            <w:r>
              <w:rPr>
                <w:rFonts w:ascii="Arial" w:hAnsi="Arial"/>
                <w:b/>
                <w:color w:val="FFFFFF"/>
                <w:sz w:val="21"/>
              </w:rPr>
              <w:t>Giải thích dễ hiểu</w:t>
            </w:r>
          </w:p>
        </w:tc>
      </w:tr>
      <w:tr w:rsidR="00B556CF" w14:paraId="2BC26490" w14:textId="77777777">
        <w:trPr>
          <w:jc w:val="center"/>
        </w:trPr>
        <w:tc>
          <w:tcPr>
            <w:tcW w:w="4680" w:type="dxa"/>
            <w:shd w:val="clear" w:color="auto" w:fill="F9FBFD"/>
          </w:tcPr>
          <w:p w14:paraId="76CD2742" w14:textId="77777777" w:rsidR="00B556CF" w:rsidRDefault="00000000">
            <w:pPr>
              <w:spacing w:before="120" w:after="120" w:line="288" w:lineRule="auto"/>
            </w:pPr>
            <w:r>
              <w:rPr>
                <w:rFonts w:ascii="Arial" w:hAnsi="Arial"/>
                <w:b/>
                <w:color w:val="1B365D"/>
                <w:sz w:val="20"/>
              </w:rPr>
              <w:t>RealEstate</w:t>
            </w:r>
          </w:p>
        </w:tc>
        <w:tc>
          <w:tcPr>
            <w:tcW w:w="4680" w:type="dxa"/>
            <w:shd w:val="clear" w:color="auto" w:fill="FFFFFF"/>
          </w:tcPr>
          <w:p w14:paraId="3767FF85" w14:textId="77777777" w:rsidR="00B556CF" w:rsidRDefault="00000000">
            <w:pPr>
              <w:spacing w:before="120" w:after="120" w:line="288" w:lineRule="auto"/>
            </w:pPr>
            <w:r>
              <w:rPr>
                <w:rFonts w:ascii="Arial" w:hAnsi="Arial"/>
                <w:color w:val="333333"/>
                <w:sz w:val="20"/>
              </w:rPr>
              <w:t>Các tin đăng bất động sản riêng lẻ (nhà bán, nhà cho thuê) của người dùng hoặc sàn giao dịch đăng tải.</w:t>
            </w:r>
          </w:p>
        </w:tc>
      </w:tr>
      <w:tr w:rsidR="00B556CF" w14:paraId="246D018A" w14:textId="77777777">
        <w:trPr>
          <w:jc w:val="center"/>
        </w:trPr>
        <w:tc>
          <w:tcPr>
            <w:tcW w:w="4680" w:type="dxa"/>
            <w:shd w:val="clear" w:color="auto" w:fill="F9FBFD"/>
          </w:tcPr>
          <w:p w14:paraId="5B98BA95" w14:textId="77777777" w:rsidR="00B556CF" w:rsidRDefault="00000000">
            <w:pPr>
              <w:spacing w:before="120" w:after="120" w:line="288" w:lineRule="auto"/>
            </w:pPr>
            <w:r>
              <w:rPr>
                <w:rFonts w:ascii="Arial" w:hAnsi="Arial"/>
                <w:b/>
                <w:color w:val="1B365D"/>
                <w:sz w:val="20"/>
              </w:rPr>
              <w:t>RealEstate Catalogue</w:t>
            </w:r>
          </w:p>
        </w:tc>
        <w:tc>
          <w:tcPr>
            <w:tcW w:w="4680" w:type="dxa"/>
            <w:shd w:val="clear" w:color="auto" w:fill="FFFFFF"/>
          </w:tcPr>
          <w:p w14:paraId="0D3AD0E8" w14:textId="77777777" w:rsidR="00B556CF" w:rsidRDefault="00000000">
            <w:pPr>
              <w:spacing w:before="120" w:after="120" w:line="288" w:lineRule="auto"/>
            </w:pPr>
            <w:r>
              <w:rPr>
                <w:rFonts w:ascii="Arial" w:hAnsi="Arial"/>
                <w:color w:val="333333"/>
                <w:sz w:val="20"/>
              </w:rPr>
              <w:t>Cấu trúc phân loại nhóm bất động sản (Chung cư, Đất nền, Kho xưởng, Shophouse...).</w:t>
            </w:r>
          </w:p>
        </w:tc>
      </w:tr>
      <w:tr w:rsidR="00B556CF" w14:paraId="2585F190" w14:textId="77777777">
        <w:trPr>
          <w:jc w:val="center"/>
        </w:trPr>
        <w:tc>
          <w:tcPr>
            <w:tcW w:w="4680" w:type="dxa"/>
            <w:shd w:val="clear" w:color="auto" w:fill="F9FBFD"/>
          </w:tcPr>
          <w:p w14:paraId="04E0D9E3" w14:textId="77777777" w:rsidR="00B556CF" w:rsidRDefault="00000000">
            <w:pPr>
              <w:spacing w:before="120" w:after="120" w:line="288" w:lineRule="auto"/>
            </w:pPr>
            <w:r>
              <w:rPr>
                <w:rFonts w:ascii="Arial" w:hAnsi="Arial"/>
                <w:b/>
                <w:color w:val="1B365D"/>
                <w:sz w:val="20"/>
              </w:rPr>
              <w:t>Project</w:t>
            </w:r>
          </w:p>
        </w:tc>
        <w:tc>
          <w:tcPr>
            <w:tcW w:w="4680" w:type="dxa"/>
            <w:shd w:val="clear" w:color="auto" w:fill="FFFFFF"/>
          </w:tcPr>
          <w:p w14:paraId="41138945" w14:textId="77777777" w:rsidR="00B556CF" w:rsidRDefault="00000000">
            <w:pPr>
              <w:spacing w:before="120" w:after="120" w:line="288" w:lineRule="auto"/>
            </w:pPr>
            <w:r>
              <w:rPr>
                <w:rFonts w:ascii="Arial" w:hAnsi="Arial"/>
                <w:color w:val="333333"/>
                <w:sz w:val="20"/>
              </w:rPr>
              <w:t>Dự án đô thị lớn chứa các tin rao bất động sản cụ thể.</w:t>
            </w:r>
          </w:p>
        </w:tc>
      </w:tr>
      <w:tr w:rsidR="00B556CF" w14:paraId="08D61D60" w14:textId="77777777">
        <w:trPr>
          <w:jc w:val="center"/>
        </w:trPr>
        <w:tc>
          <w:tcPr>
            <w:tcW w:w="4680" w:type="dxa"/>
            <w:shd w:val="clear" w:color="auto" w:fill="F9FBFD"/>
          </w:tcPr>
          <w:p w14:paraId="1E90DE75" w14:textId="77777777" w:rsidR="00B556CF" w:rsidRDefault="00000000">
            <w:pPr>
              <w:spacing w:before="120" w:after="120" w:line="288" w:lineRule="auto"/>
            </w:pPr>
            <w:r>
              <w:rPr>
                <w:rFonts w:ascii="Arial" w:hAnsi="Arial"/>
                <w:b/>
                <w:color w:val="1B365D"/>
                <w:sz w:val="20"/>
              </w:rPr>
              <w:t>Amenity</w:t>
            </w:r>
          </w:p>
        </w:tc>
        <w:tc>
          <w:tcPr>
            <w:tcW w:w="4680" w:type="dxa"/>
            <w:shd w:val="clear" w:color="auto" w:fill="FFFFFF"/>
          </w:tcPr>
          <w:p w14:paraId="36B2EA5F" w14:textId="77777777" w:rsidR="00B556CF" w:rsidRDefault="00000000">
            <w:pPr>
              <w:spacing w:before="120" w:after="120" w:line="288" w:lineRule="auto"/>
            </w:pPr>
            <w:r>
              <w:rPr>
                <w:rFonts w:ascii="Arial" w:hAnsi="Arial"/>
                <w:color w:val="333333"/>
                <w:sz w:val="20"/>
              </w:rPr>
              <w:t>Tiện nghi và dịch vụ nội thất đi kèm tin đăng (Internet, máy giặt, điều hòa...).</w:t>
            </w:r>
          </w:p>
        </w:tc>
      </w:tr>
      <w:tr w:rsidR="00B556CF" w14:paraId="6C8902F1" w14:textId="77777777">
        <w:trPr>
          <w:jc w:val="center"/>
        </w:trPr>
        <w:tc>
          <w:tcPr>
            <w:tcW w:w="4680" w:type="dxa"/>
            <w:shd w:val="clear" w:color="auto" w:fill="F9FBFD"/>
          </w:tcPr>
          <w:p w14:paraId="19319DB4" w14:textId="77777777" w:rsidR="00B556CF" w:rsidRDefault="00000000">
            <w:pPr>
              <w:spacing w:before="120" w:after="120" w:line="288" w:lineRule="auto"/>
            </w:pPr>
            <w:r>
              <w:rPr>
                <w:rFonts w:ascii="Arial" w:hAnsi="Arial"/>
                <w:b/>
                <w:color w:val="1B365D"/>
                <w:sz w:val="20"/>
              </w:rPr>
              <w:t>Contact Request</w:t>
            </w:r>
          </w:p>
        </w:tc>
        <w:tc>
          <w:tcPr>
            <w:tcW w:w="4680" w:type="dxa"/>
            <w:shd w:val="clear" w:color="auto" w:fill="FFFFFF"/>
          </w:tcPr>
          <w:p w14:paraId="1F7BD437" w14:textId="77777777" w:rsidR="00B556CF" w:rsidRDefault="00000000">
            <w:pPr>
              <w:spacing w:before="120" w:after="120" w:line="288" w:lineRule="auto"/>
            </w:pPr>
            <w:r>
              <w:rPr>
                <w:rFonts w:ascii="Arial" w:hAnsi="Arial"/>
                <w:color w:val="333333"/>
                <w:sz w:val="20"/>
              </w:rPr>
              <w:t>Yêu cầu liên hệ và tư vấn trực tiếp của khách gửi riêng cho một tin rao BĐS cụ thể.</w:t>
            </w:r>
          </w:p>
        </w:tc>
      </w:tr>
      <w:tr w:rsidR="00B556CF" w14:paraId="11BA9321" w14:textId="77777777">
        <w:trPr>
          <w:jc w:val="center"/>
        </w:trPr>
        <w:tc>
          <w:tcPr>
            <w:tcW w:w="4680" w:type="dxa"/>
            <w:shd w:val="clear" w:color="auto" w:fill="F9FBFD"/>
          </w:tcPr>
          <w:p w14:paraId="5F42C3E5" w14:textId="77777777" w:rsidR="00B556CF" w:rsidRDefault="00000000">
            <w:pPr>
              <w:spacing w:before="120" w:after="120" w:line="288" w:lineRule="auto"/>
            </w:pPr>
            <w:r>
              <w:rPr>
                <w:rFonts w:ascii="Arial" w:hAnsi="Arial"/>
                <w:b/>
                <w:color w:val="1B365D"/>
                <w:sz w:val="20"/>
              </w:rPr>
              <w:t>Customer</w:t>
            </w:r>
          </w:p>
        </w:tc>
        <w:tc>
          <w:tcPr>
            <w:tcW w:w="4680" w:type="dxa"/>
            <w:shd w:val="clear" w:color="auto" w:fill="FFFFFF"/>
          </w:tcPr>
          <w:p w14:paraId="1F621B35" w14:textId="77777777" w:rsidR="00B556CF" w:rsidRDefault="00000000">
            <w:pPr>
              <w:spacing w:before="120" w:after="120" w:line="288" w:lineRule="auto"/>
            </w:pPr>
            <w:r>
              <w:rPr>
                <w:rFonts w:ascii="Arial" w:hAnsi="Arial"/>
                <w:color w:val="333333"/>
                <w:sz w:val="20"/>
              </w:rPr>
              <w:t>Tài khoản người dùng đăng ký ngoài website để tự đăng tin rao bán/cho thuê.</w:t>
            </w:r>
          </w:p>
        </w:tc>
      </w:tr>
    </w:tbl>
    <w:p w14:paraId="3DAB086B" w14:textId="77777777" w:rsidR="00B556CF" w:rsidRDefault="00B556CF"/>
    <w:p w14:paraId="656EC9E2" w14:textId="77777777" w:rsidR="00B556CF" w:rsidRDefault="00000000">
      <w:pPr>
        <w:pStyle w:val="Heading1"/>
        <w:spacing w:before="400" w:after="240"/>
      </w:pPr>
      <w:bookmarkStart w:id="1" w:name="_Toc235995188"/>
      <w:r>
        <w:rPr>
          <w:rFonts w:ascii="Arial" w:hAnsi="Arial"/>
          <w:color w:val="1B365D"/>
          <w:sz w:val="32"/>
        </w:rPr>
        <w:t>1. Đăng tin và Quản lý Bất động sản (RealEstate Module)</w:t>
      </w:r>
      <w:bookmarkEnd w:id="1"/>
    </w:p>
    <w:p w14:paraId="6643DB36" w14:textId="77777777" w:rsidR="00B556CF" w:rsidRDefault="00000000">
      <w:pPr>
        <w:spacing w:line="312" w:lineRule="auto"/>
      </w:pPr>
      <w:r>
        <w:rPr>
          <w:rFonts w:ascii="Arial" w:hAnsi="Arial"/>
          <w:color w:val="333333"/>
        </w:rPr>
        <w:t>Đường dẫn: Quản lý BĐS (`real_estate`).</w:t>
      </w:r>
    </w:p>
    <w:p w14:paraId="543D86F9" w14:textId="77777777" w:rsidR="00B556CF" w:rsidRDefault="00000000">
      <w:pPr>
        <w:pStyle w:val="Heading2"/>
        <w:spacing w:before="280" w:after="200"/>
      </w:pPr>
      <w:bookmarkStart w:id="2" w:name="_Toc235995189"/>
      <w:r>
        <w:rPr>
          <w:rFonts w:ascii="Arial" w:hAnsi="Arial"/>
          <w:color w:val="008080"/>
        </w:rPr>
        <w:t>1.1. Thao tác đăng tin rao bán/cho thuê mới</w:t>
      </w:r>
      <w:bookmarkEnd w:id="2"/>
    </w:p>
    <w:p w14:paraId="576FEEEC" w14:textId="77777777" w:rsidR="00B556CF" w:rsidRDefault="00000000">
      <w:pPr>
        <w:pStyle w:val="ListBullet"/>
        <w:spacing w:after="160" w:line="312" w:lineRule="auto"/>
      </w:pPr>
      <w:r>
        <w:rPr>
          <w:rFonts w:ascii="Arial" w:hAnsi="Arial"/>
          <w:b/>
          <w:color w:val="333333"/>
        </w:rPr>
        <w:t xml:space="preserve">Bước 1: </w:t>
      </w:r>
      <w:r>
        <w:rPr>
          <w:rFonts w:ascii="Arial" w:hAnsi="Arial"/>
          <w:color w:val="333333"/>
        </w:rPr>
        <w:t>Nhấp mục 'Thêm mới' để đăng tin BĐS mới.</w:t>
      </w:r>
    </w:p>
    <w:p w14:paraId="7C2DC639" w14:textId="77777777" w:rsidR="00B556CF" w:rsidRDefault="00000000">
      <w:pPr>
        <w:pStyle w:val="ListBullet"/>
        <w:spacing w:after="160" w:line="312" w:lineRule="auto"/>
      </w:pPr>
      <w:r>
        <w:rPr>
          <w:rFonts w:ascii="Arial" w:hAnsi="Arial"/>
          <w:b/>
          <w:color w:val="333333"/>
        </w:rPr>
        <w:t xml:space="preserve">Bước 2: </w:t>
      </w:r>
      <w:r>
        <w:rPr>
          <w:rFonts w:ascii="Arial" w:hAnsi="Arial"/>
          <w:color w:val="333333"/>
        </w:rPr>
        <w:t>Nhập tiêu đề tin đăng rao bán, link đường dẫn thân thiện (slug) và viết nội dung mô tả chi tiết căn nhà.</w:t>
      </w:r>
    </w:p>
    <w:p w14:paraId="031A6788" w14:textId="77777777" w:rsidR="00B556CF" w:rsidRDefault="00000000">
      <w:pPr>
        <w:pStyle w:val="ListBullet"/>
        <w:spacing w:after="160" w:line="312" w:lineRule="auto"/>
      </w:pPr>
      <w:r>
        <w:rPr>
          <w:rFonts w:ascii="Arial" w:hAnsi="Arial"/>
          <w:b/>
          <w:color w:val="333333"/>
        </w:rPr>
        <w:t xml:space="preserve">Bước 3: </w:t>
      </w:r>
      <w:r>
        <w:rPr>
          <w:rFonts w:ascii="Arial" w:hAnsi="Arial"/>
          <w:color w:val="333333"/>
        </w:rPr>
        <w:t>Thiết lập Thông số cơ bản (Attributes):</w:t>
      </w:r>
    </w:p>
    <w:p w14:paraId="27027266" w14:textId="77777777" w:rsidR="00B556CF" w:rsidRDefault="00000000">
      <w:pPr>
        <w:pStyle w:val="ListBullet"/>
        <w:spacing w:after="160" w:line="312" w:lineRule="auto"/>
      </w:pPr>
      <w:r>
        <w:rPr>
          <w:rFonts w:ascii="Arial" w:hAnsi="Arial"/>
          <w:b/>
          <w:color w:val="333333"/>
        </w:rPr>
        <w:t xml:space="preserve">+ Giá tiền: </w:t>
      </w:r>
      <w:r>
        <w:rPr>
          <w:rFonts w:ascii="Arial" w:hAnsi="Arial"/>
          <w:color w:val="333333"/>
        </w:rPr>
        <w:t>Nhập giá bán (`price_sale`) và giá thuê (`price_rent`), đơn vị tiền (`price_unit`) và chọn loại giao dịch (`transaction_type`).</w:t>
      </w:r>
    </w:p>
    <w:p w14:paraId="23EB6A0E" w14:textId="77777777" w:rsidR="00B556CF" w:rsidRDefault="00000000">
      <w:pPr>
        <w:pStyle w:val="ListBullet"/>
        <w:spacing w:after="160" w:line="312" w:lineRule="auto"/>
      </w:pPr>
      <w:r>
        <w:rPr>
          <w:rFonts w:ascii="Arial" w:hAnsi="Arial"/>
          <w:b/>
          <w:color w:val="333333"/>
        </w:rPr>
        <w:t xml:space="preserve">+ Kích thước: </w:t>
      </w:r>
      <w:r>
        <w:rPr>
          <w:rFonts w:ascii="Arial" w:hAnsi="Arial"/>
          <w:color w:val="333333"/>
        </w:rPr>
        <w:t>Nhập diện tích đất (`land_area`), diện tích sử dụng (`usable_area`), chiều ngang đất (`land_width`), chiều dài đất (`land_length`).</w:t>
      </w:r>
    </w:p>
    <w:p w14:paraId="19507201" w14:textId="77777777" w:rsidR="00B556CF" w:rsidRDefault="00000000">
      <w:pPr>
        <w:pStyle w:val="ListBullet"/>
        <w:spacing w:after="160" w:line="312" w:lineRule="auto"/>
      </w:pPr>
      <w:r>
        <w:rPr>
          <w:rFonts w:ascii="Arial" w:hAnsi="Arial"/>
          <w:b/>
          <w:color w:val="333333"/>
        </w:rPr>
        <w:t xml:space="preserve">+ Cấu trúc: </w:t>
      </w:r>
      <w:r>
        <w:rPr>
          <w:rFonts w:ascii="Arial" w:hAnsi="Arial"/>
          <w:color w:val="333333"/>
        </w:rPr>
        <w:t>Nhập số lượng phòng ngủ (`bedrooms`), phòng tắm (`bathrooms`), số tầng (`floor_count`), số tầng đang ở (`floor`), và tổng số tầng tòa nhà (`total_floors`).</w:t>
      </w:r>
    </w:p>
    <w:p w14:paraId="3E325ED0" w14:textId="77777777" w:rsidR="00B556CF" w:rsidRDefault="00000000">
      <w:pPr>
        <w:pStyle w:val="ListBullet"/>
        <w:spacing w:after="160" w:line="312" w:lineRule="auto"/>
      </w:pPr>
      <w:r>
        <w:rPr>
          <w:rFonts w:ascii="Arial" w:hAnsi="Arial"/>
          <w:b/>
          <w:color w:val="333333"/>
        </w:rPr>
        <w:t xml:space="preserve">+ Hướng &amp; View: </w:t>
      </w:r>
      <w:r>
        <w:rPr>
          <w:rFonts w:ascii="Arial" w:hAnsi="Arial"/>
          <w:color w:val="333333"/>
        </w:rPr>
        <w:t>Chọn hướng nhà (`house_direction`), hướng ban công (`balcony_direction`), và tầm nhìn (`view`).</w:t>
      </w:r>
    </w:p>
    <w:p w14:paraId="2D6C3239" w14:textId="77777777" w:rsidR="00B556CF" w:rsidRDefault="00000000">
      <w:pPr>
        <w:pStyle w:val="ListBullet"/>
        <w:spacing w:after="160" w:line="312" w:lineRule="auto"/>
      </w:pPr>
      <w:r>
        <w:rPr>
          <w:rFonts w:ascii="Arial" w:hAnsi="Arial"/>
          <w:b/>
          <w:color w:val="333333"/>
        </w:rPr>
        <w:lastRenderedPageBreak/>
        <w:t xml:space="preserve">+ Pháp lý: </w:t>
      </w:r>
      <w:r>
        <w:rPr>
          <w:rFonts w:ascii="Arial" w:hAnsi="Arial"/>
          <w:color w:val="333333"/>
        </w:rPr>
        <w:t>Nhập hình thức pháp lý (`ownership_type`), tình trạng nội thất (`interior`), loại đất (`land_type`).</w:t>
      </w:r>
    </w:p>
    <w:p w14:paraId="2ACF7453" w14:textId="77777777" w:rsidR="00B556CF" w:rsidRDefault="00000000">
      <w:pPr>
        <w:pStyle w:val="ListBullet"/>
        <w:spacing w:after="160" w:line="312" w:lineRule="auto"/>
      </w:pPr>
      <w:r>
        <w:rPr>
          <w:rFonts w:ascii="Arial" w:hAnsi="Arial"/>
          <w:b/>
          <w:color w:val="333333"/>
        </w:rPr>
        <w:t xml:space="preserve">+ Chi tiết đường &amp; kết cấu: </w:t>
      </w:r>
      <w:r>
        <w:rPr>
          <w:rFonts w:ascii="Arial" w:hAnsi="Arial"/>
          <w:color w:val="333333"/>
        </w:rPr>
        <w:t>Nhập độ rộng đường trước nhà (`road_width`), mặt tiền đường chính (`road_frontage`). Tích chọn nếu có: Lô góc (`is_corner_lot`), nằm trên đường chính (`is_main_road`), có tầng hầm (`has_basement`), sân thượng (`has_rooftop`), nhà xe (`has_garage`).</w:t>
      </w:r>
    </w:p>
    <w:p w14:paraId="73AE4FCB" w14:textId="77777777" w:rsidR="00B556CF" w:rsidRDefault="00000000">
      <w:pPr>
        <w:pStyle w:val="ListBullet"/>
        <w:spacing w:after="160" w:line="312" w:lineRule="auto"/>
      </w:pPr>
      <w:r>
        <w:rPr>
          <w:rFonts w:ascii="Arial" w:hAnsi="Arial"/>
          <w:b/>
          <w:color w:val="333333"/>
        </w:rPr>
        <w:t xml:space="preserve">+ Căn hộ: </w:t>
      </w:r>
      <w:r>
        <w:rPr>
          <w:rFonts w:ascii="Arial" w:hAnsi="Arial"/>
          <w:color w:val="333333"/>
        </w:rPr>
        <w:t>Nhập Block/Tòa (`block_tower`) và mã căn hộ (`apartment_code`) đối với căn hộ chung cư.</w:t>
      </w:r>
    </w:p>
    <w:p w14:paraId="01380F11" w14:textId="77777777" w:rsidR="00B556CF" w:rsidRDefault="00000000">
      <w:pPr>
        <w:pStyle w:val="ListBullet"/>
        <w:spacing w:after="160" w:line="312" w:lineRule="auto"/>
      </w:pPr>
      <w:r>
        <w:rPr>
          <w:rFonts w:ascii="Arial" w:hAnsi="Arial"/>
          <w:b/>
          <w:color w:val="333333"/>
        </w:rPr>
        <w:t xml:space="preserve">Bước 4: </w:t>
      </w:r>
      <w:r>
        <w:rPr>
          <w:rFonts w:ascii="Arial" w:hAnsi="Arial"/>
          <w:color w:val="333333"/>
        </w:rPr>
        <w:t>Lựa chọn Vị trí địa lý: Tỉnh/Thành phố (`province_name`), Quận/Huyện (`district_name`), Phường/Xã (`ward_name`) từ danh mục thả xuống. Nhập tên đường phố (`street`) và nhúng mã bản đồ Google Map (`iframe_map`).</w:t>
      </w:r>
    </w:p>
    <w:p w14:paraId="5EA6BD71" w14:textId="77777777" w:rsidR="00B556CF" w:rsidRDefault="00000000">
      <w:pPr>
        <w:pStyle w:val="ListBullet"/>
        <w:spacing w:after="160" w:line="312" w:lineRule="auto"/>
      </w:pPr>
      <w:r>
        <w:rPr>
          <w:rFonts w:ascii="Arial" w:hAnsi="Arial"/>
          <w:b/>
          <w:color w:val="333333"/>
        </w:rPr>
        <w:t xml:space="preserve">Bước 5: </w:t>
      </w:r>
      <w:r>
        <w:rPr>
          <w:rFonts w:ascii="Arial" w:hAnsi="Arial"/>
          <w:color w:val="333333"/>
        </w:rPr>
        <w:t>Tải lên ảnh đại diện (`image`), chọn ảnh album chi tiết (`album`), nhập link video (`video_url`) và link tour 3D (`tour_url`). Nhấp 'Lưu lại'.</w:t>
      </w:r>
    </w:p>
    <w:p w14:paraId="3DBE6FB8" w14:textId="77777777" w:rsidR="00B556CF" w:rsidRDefault="00000000">
      <w:pPr>
        <w:pStyle w:val="Heading1"/>
        <w:spacing w:before="400" w:after="240"/>
      </w:pPr>
      <w:bookmarkStart w:id="3" w:name="_Toc235995190"/>
      <w:r>
        <w:rPr>
          <w:rFonts w:ascii="Arial" w:hAnsi="Arial"/>
          <w:color w:val="1B365D"/>
          <w:sz w:val="32"/>
        </w:rPr>
        <w:t>2. Quản lý Danh mục Bất động sản (RealEstate Catalogue)</w:t>
      </w:r>
      <w:bookmarkEnd w:id="3"/>
    </w:p>
    <w:p w14:paraId="4DD0B8B7" w14:textId="77777777" w:rsidR="00B556CF" w:rsidRDefault="00000000">
      <w:pPr>
        <w:spacing w:line="312" w:lineRule="auto"/>
      </w:pPr>
      <w:r>
        <w:rPr>
          <w:rFonts w:ascii="Arial" w:hAnsi="Arial"/>
          <w:color w:val="333333"/>
        </w:rPr>
        <w:t>Đường dẫn: Danh mục BĐS (`real_estate_catalogue`).</w:t>
      </w:r>
    </w:p>
    <w:p w14:paraId="5B4B1A46" w14:textId="77777777" w:rsidR="00B556CF" w:rsidRDefault="00000000">
      <w:pPr>
        <w:pStyle w:val="ListBullet"/>
        <w:spacing w:after="160" w:line="312" w:lineRule="auto"/>
      </w:pPr>
      <w:r>
        <w:rPr>
          <w:rFonts w:ascii="Arial" w:hAnsi="Arial"/>
          <w:b/>
          <w:color w:val="333333"/>
        </w:rPr>
        <w:t xml:space="preserve">Thao tác: </w:t>
      </w:r>
      <w:r>
        <w:rPr>
          <w:rFonts w:ascii="Arial" w:hAnsi="Arial"/>
          <w:color w:val="333333"/>
        </w:rPr>
        <w:t>Nhấp 'Thêm mới' -&gt; Nhập tên danh mục phân loại BĐS (ví dụ: Bán căn hộ, Cho thuê shophouse) -&gt; Lưu để cập nhật bộ lọc tìm kiếm ngoài trang chủ.</w:t>
      </w:r>
    </w:p>
    <w:p w14:paraId="6B3BC871" w14:textId="77777777" w:rsidR="00B556CF" w:rsidRDefault="00000000">
      <w:pPr>
        <w:pStyle w:val="Heading1"/>
        <w:spacing w:before="400" w:after="240"/>
      </w:pPr>
      <w:bookmarkStart w:id="4" w:name="_Toc235995191"/>
      <w:r>
        <w:rPr>
          <w:rFonts w:ascii="Arial" w:hAnsi="Arial"/>
          <w:color w:val="1B365D"/>
          <w:sz w:val="32"/>
        </w:rPr>
        <w:t>3. Quản lý Dự án Bất động sản (Project Module)</w:t>
      </w:r>
      <w:bookmarkEnd w:id="4"/>
    </w:p>
    <w:p w14:paraId="6F858F29" w14:textId="77777777" w:rsidR="00B556CF" w:rsidRDefault="00000000">
      <w:pPr>
        <w:spacing w:line="312" w:lineRule="auto"/>
      </w:pPr>
      <w:r>
        <w:rPr>
          <w:rFonts w:ascii="Arial" w:hAnsi="Arial"/>
          <w:color w:val="333333"/>
        </w:rPr>
        <w:t>Đường dẫn: Dự án (`project`).</w:t>
      </w:r>
    </w:p>
    <w:p w14:paraId="71D1F853" w14:textId="77777777" w:rsidR="00B556CF" w:rsidRDefault="00000000">
      <w:pPr>
        <w:pStyle w:val="ListBullet"/>
        <w:spacing w:after="160" w:line="312" w:lineRule="auto"/>
      </w:pPr>
      <w:r>
        <w:rPr>
          <w:rFonts w:ascii="Arial" w:hAnsi="Arial"/>
          <w:b/>
          <w:color w:val="333333"/>
        </w:rPr>
        <w:t xml:space="preserve">Thao tác: </w:t>
      </w:r>
      <w:r>
        <w:rPr>
          <w:rFonts w:ascii="Arial" w:hAnsi="Arial"/>
          <w:color w:val="333333"/>
        </w:rPr>
        <w:t>Nhấp 'Thêm dự án mới' -&gt; Nhập tên dự án lớn, chủ đầu tư, quy mô, địa chỉ -&gt; Lưu. Khi đăng tin BĐS ở Phần 1, bạn có thể chọn BĐS thuộc dự án này.</w:t>
      </w:r>
    </w:p>
    <w:p w14:paraId="1F307FAA" w14:textId="77777777" w:rsidR="00B556CF" w:rsidRDefault="00000000">
      <w:pPr>
        <w:pStyle w:val="Heading1"/>
        <w:spacing w:before="400" w:after="240"/>
      </w:pPr>
      <w:bookmarkStart w:id="5" w:name="_Toc235995192"/>
      <w:r>
        <w:rPr>
          <w:rFonts w:ascii="Arial" w:hAnsi="Arial"/>
          <w:color w:val="1B365D"/>
          <w:sz w:val="32"/>
        </w:rPr>
        <w:t>4. Quản lý Tiện nghi Bất động sản (Amenity Module)</w:t>
      </w:r>
      <w:bookmarkEnd w:id="5"/>
    </w:p>
    <w:p w14:paraId="229E6BCF" w14:textId="77777777" w:rsidR="00B556CF" w:rsidRDefault="00000000">
      <w:pPr>
        <w:spacing w:line="312" w:lineRule="auto"/>
      </w:pPr>
      <w:r>
        <w:rPr>
          <w:rFonts w:ascii="Arial" w:hAnsi="Arial"/>
          <w:color w:val="333333"/>
        </w:rPr>
        <w:t>Đường dẫn: Tiện nghi BĐS (`amenity`).</w:t>
      </w:r>
    </w:p>
    <w:p w14:paraId="329AAFE1" w14:textId="77777777" w:rsidR="00B556CF" w:rsidRDefault="00000000">
      <w:pPr>
        <w:pStyle w:val="ListBullet"/>
        <w:spacing w:after="160" w:line="312" w:lineRule="auto"/>
      </w:pPr>
      <w:r>
        <w:rPr>
          <w:rFonts w:ascii="Arial" w:hAnsi="Arial"/>
          <w:b/>
          <w:color w:val="333333"/>
        </w:rPr>
        <w:t xml:space="preserve">Thao tác: </w:t>
      </w:r>
      <w:r>
        <w:rPr>
          <w:rFonts w:ascii="Arial" w:hAnsi="Arial"/>
          <w:color w:val="333333"/>
        </w:rPr>
        <w:t>Nhấp 'Thêm tiện nghi' -&gt; Nhập tên tiện nghi (Wifi, Điều hòa, Thang máy...) -&gt; Chọn icon -&gt; Lưu. Tiện nghi sẽ hiển thị trên trang chi tiết BĐS.</w:t>
      </w:r>
    </w:p>
    <w:p w14:paraId="735A0FBF" w14:textId="77777777" w:rsidR="00B556CF" w:rsidRDefault="00000000">
      <w:pPr>
        <w:pStyle w:val="Heading1"/>
        <w:spacing w:before="400" w:after="240"/>
      </w:pPr>
      <w:bookmarkStart w:id="6" w:name="_Toc235995193"/>
      <w:r>
        <w:rPr>
          <w:rFonts w:ascii="Arial" w:hAnsi="Arial"/>
          <w:color w:val="1B365D"/>
          <w:sz w:val="32"/>
        </w:rPr>
        <w:t>5. Tiếp nhận Yêu cầu Tư vấn Tin đăng (Contact Request Module)</w:t>
      </w:r>
      <w:bookmarkEnd w:id="6"/>
    </w:p>
    <w:p w14:paraId="611AF763" w14:textId="77777777" w:rsidR="00B556CF" w:rsidRDefault="00000000">
      <w:pPr>
        <w:spacing w:line="312" w:lineRule="auto"/>
      </w:pPr>
      <w:r>
        <w:rPr>
          <w:rFonts w:ascii="Arial" w:hAnsi="Arial"/>
          <w:color w:val="333333"/>
        </w:rPr>
        <w:t>Đường dẫn: Yêu cầu liên hệ (`contact_request`).</w:t>
      </w:r>
    </w:p>
    <w:p w14:paraId="62918B79" w14:textId="77777777" w:rsidR="00B556CF" w:rsidRDefault="00000000">
      <w:pPr>
        <w:pStyle w:val="ListBullet"/>
        <w:spacing w:after="160" w:line="312" w:lineRule="auto"/>
      </w:pPr>
      <w:r>
        <w:rPr>
          <w:rFonts w:ascii="Arial" w:hAnsi="Arial"/>
          <w:b/>
          <w:color w:val="333333"/>
        </w:rPr>
        <w:lastRenderedPageBreak/>
        <w:t xml:space="preserve">Thao tác: </w:t>
      </w:r>
      <w:r>
        <w:rPr>
          <w:rFonts w:ascii="Arial" w:hAnsi="Arial"/>
          <w:color w:val="333333"/>
        </w:rPr>
        <w:t>Xem danh sách thông tin khách gửi gồm: Tên, SĐT, Email, nội dung nhắn và đường link tin BĐS cụ thể mà khách hàng đang xem -&gt; Liên hệ hỗ trợ khách.</w:t>
      </w:r>
    </w:p>
    <w:p w14:paraId="04A07A20" w14:textId="77777777" w:rsidR="00B556CF" w:rsidRDefault="00000000">
      <w:pPr>
        <w:pStyle w:val="Heading1"/>
        <w:spacing w:before="400" w:after="240"/>
      </w:pPr>
      <w:bookmarkStart w:id="7" w:name="_Toc235995194"/>
      <w:r>
        <w:rPr>
          <w:rFonts w:ascii="Arial" w:hAnsi="Arial"/>
          <w:color w:val="1B365D"/>
          <w:sz w:val="32"/>
        </w:rPr>
        <w:t>6. Quản lý kiểm duyệt tin đăng của Thành viên (Customer Module)</w:t>
      </w:r>
      <w:bookmarkEnd w:id="7"/>
    </w:p>
    <w:p w14:paraId="1B79D6F3" w14:textId="77777777" w:rsidR="00B556CF" w:rsidRDefault="00000000">
      <w:pPr>
        <w:spacing w:line="312" w:lineRule="auto"/>
      </w:pPr>
      <w:r>
        <w:rPr>
          <w:rFonts w:ascii="Arial" w:hAnsi="Arial"/>
          <w:color w:val="333333"/>
        </w:rPr>
        <w:t>Đường dẫn: Thành viên đăng tin (`customer`).</w:t>
      </w:r>
    </w:p>
    <w:p w14:paraId="2C37DA08" w14:textId="77777777" w:rsidR="00B556CF" w:rsidRDefault="00000000">
      <w:pPr>
        <w:pStyle w:val="ListBullet"/>
        <w:spacing w:after="160" w:line="312" w:lineRule="auto"/>
      </w:pPr>
      <w:r>
        <w:rPr>
          <w:rFonts w:ascii="Arial" w:hAnsi="Arial"/>
          <w:b/>
          <w:color w:val="333333"/>
        </w:rPr>
        <w:t xml:space="preserve">Thao tác: </w:t>
      </w:r>
      <w:r>
        <w:rPr>
          <w:rFonts w:ascii="Arial" w:hAnsi="Arial"/>
          <w:color w:val="333333"/>
        </w:rPr>
        <w:t>Xem danh sách tài khoản thành viên đăng ký, điểm tích lũy (`customer_point_history`) và quản lý kiểm duyệt (Phê duyệt hiển thị/Từ chối tin) đối với các tin đăng do thành viên tự đăng tải ngoài website.</w:t>
      </w:r>
    </w:p>
    <w:sectPr w:rsidR="00B556CF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94531014">
    <w:abstractNumId w:val="8"/>
  </w:num>
  <w:num w:numId="2" w16cid:durableId="434710227">
    <w:abstractNumId w:val="6"/>
  </w:num>
  <w:num w:numId="3" w16cid:durableId="1306660437">
    <w:abstractNumId w:val="5"/>
  </w:num>
  <w:num w:numId="4" w16cid:durableId="1134833170">
    <w:abstractNumId w:val="4"/>
  </w:num>
  <w:num w:numId="5" w16cid:durableId="732897372">
    <w:abstractNumId w:val="7"/>
  </w:num>
  <w:num w:numId="6" w16cid:durableId="494564789">
    <w:abstractNumId w:val="3"/>
  </w:num>
  <w:num w:numId="7" w16cid:durableId="1787888030">
    <w:abstractNumId w:val="2"/>
  </w:num>
  <w:num w:numId="8" w16cid:durableId="767503804">
    <w:abstractNumId w:val="1"/>
  </w:num>
  <w:num w:numId="9" w16cid:durableId="10429025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oNotDisplayPageBoundaries/>
  <w:proofState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6E1C58"/>
    <w:rsid w:val="00AA1D8D"/>
    <w:rsid w:val="00B47730"/>
    <w:rsid w:val="00B556CF"/>
    <w:rsid w:val="00CB0664"/>
    <w:rsid w:val="00EA0A6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B8BC486"/>
  <w14:defaultImageDpi w14:val="300"/>
  <w15:docId w15:val="{F3882968-7312-4A70-998B-75D513BDD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TOC2">
    <w:name w:val="toc 2"/>
    <w:basedOn w:val="Normal"/>
    <w:next w:val="Normal"/>
    <w:autoRedefine/>
    <w:uiPriority w:val="39"/>
    <w:unhideWhenUsed/>
    <w:rsid w:val="00EA0A66"/>
    <w:pPr>
      <w:spacing w:after="100"/>
      <w:ind w:left="220"/>
    </w:pPr>
  </w:style>
  <w:style w:type="paragraph" w:styleId="TOC1">
    <w:name w:val="toc 1"/>
    <w:basedOn w:val="Normal"/>
    <w:next w:val="Normal"/>
    <w:autoRedefine/>
    <w:uiPriority w:val="39"/>
    <w:unhideWhenUsed/>
    <w:rsid w:val="00EA0A66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EA0A6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724</Words>
  <Characters>4130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4845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Thanh Trung</cp:lastModifiedBy>
  <cp:revision>2</cp:revision>
  <dcterms:created xsi:type="dcterms:W3CDTF">2013-12-23T23:15:00Z</dcterms:created>
  <dcterms:modified xsi:type="dcterms:W3CDTF">2026-07-26T14:52:00Z</dcterms:modified>
  <cp:category/>
</cp:coreProperties>
</file>