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D31F2" w14:textId="77777777" w:rsidR="00923EB0" w:rsidRDefault="00000000">
      <w:pPr>
        <w:spacing w:before="960" w:after="240"/>
        <w:jc w:val="center"/>
      </w:pPr>
      <w:r>
        <w:rPr>
          <w:rFonts w:ascii="Arial" w:hAnsi="Arial"/>
          <w:b/>
          <w:color w:val="1B365D"/>
          <w:sz w:val="40"/>
        </w:rPr>
        <w:t>HƯỚNG DẪN QUẢN TRỊ WEBSITE BDS DẠNG LANDING PAGE DỰ ÁN</w:t>
      </w:r>
    </w:p>
    <w:p w14:paraId="4291F372" w14:textId="77777777" w:rsidR="00923EB0" w:rsidRDefault="00000000">
      <w:pPr>
        <w:spacing w:after="960"/>
        <w:jc w:val="center"/>
      </w:pPr>
      <w:r>
        <w:rPr>
          <w:rFonts w:ascii="Arial" w:hAnsi="Arial"/>
          <w:i/>
          <w:color w:val="666666"/>
          <w:sz w:val="23"/>
        </w:rPr>
        <w:t>Tài liệu hướng dẫn thao tác nhanh - Giới thiệu căn hộ &amp; dự án đơn lẻ</w:t>
      </w:r>
    </w:p>
    <w:p w14:paraId="743530DB" w14:textId="77777777" w:rsidR="00923EB0" w:rsidRDefault="00000000">
      <w:pPr>
        <w:jc w:val="center"/>
      </w:pPr>
      <w:r>
        <w:rPr>
          <w:rFonts w:ascii="Arial" w:hAnsi="Arial"/>
          <w:color w:val="008080"/>
        </w:rPr>
        <w:t>—————————————————————————</w:t>
      </w:r>
    </w:p>
    <w:p w14:paraId="37A03699" w14:textId="77777777" w:rsidR="00923EB0" w:rsidRDefault="00000000">
      <w:r>
        <w:br w:type="page"/>
      </w:r>
    </w:p>
    <w:p w14:paraId="185B5AEF" w14:textId="6FBF6811" w:rsidR="00923EB0" w:rsidRDefault="00000000">
      <w:pPr>
        <w:spacing w:before="240" w:after="240"/>
      </w:pPr>
      <w:r>
        <w:rPr>
          <w:rFonts w:ascii="Arial" w:hAnsi="Arial"/>
          <w:b/>
          <w:i/>
          <w:color w:val="008080"/>
          <w:sz w:val="23"/>
        </w:rPr>
        <w:lastRenderedPageBreak/>
        <w:t>MỤC LỤC HƯỚNG DẪN</w:t>
      </w:r>
    </w:p>
    <w:p w14:paraId="392B0306" w14:textId="1C8C3E01" w:rsidR="00CF4B65" w:rsidRDefault="00000000">
      <w:pPr>
        <w:pStyle w:val="TOC2"/>
        <w:tabs>
          <w:tab w:val="right" w:leader="dot" w:pos="9350"/>
        </w:tabs>
        <w:rPr>
          <w:noProof/>
        </w:rPr>
      </w:pPr>
      <w:r>
        <w:fldChar w:fldCharType="begin"/>
      </w:r>
      <w:r>
        <w:instrText>TOC \o "1-3" \h \z \u</w:instrText>
      </w:r>
      <w:r>
        <w:fldChar w:fldCharType="separate"/>
      </w:r>
      <w:hyperlink w:anchor="_Toc235995130" w:history="1">
        <w:r w:rsidR="00CF4B65" w:rsidRPr="00C671F7">
          <w:rPr>
            <w:rStyle w:val="Hyperlink"/>
            <w:rFonts w:ascii="Arial" w:hAnsi="Arial"/>
            <w:noProof/>
          </w:rPr>
          <w:t>Giải thích thuật ngữ hệ thống</w:t>
        </w:r>
        <w:r w:rsidR="00CF4B65">
          <w:rPr>
            <w:noProof/>
            <w:webHidden/>
          </w:rPr>
          <w:tab/>
        </w:r>
        <w:r w:rsidR="00CF4B65">
          <w:rPr>
            <w:noProof/>
            <w:webHidden/>
          </w:rPr>
          <w:fldChar w:fldCharType="begin"/>
        </w:r>
        <w:r w:rsidR="00CF4B65">
          <w:rPr>
            <w:noProof/>
            <w:webHidden/>
          </w:rPr>
          <w:instrText xml:space="preserve"> PAGEREF _Toc235995130 \h </w:instrText>
        </w:r>
        <w:r w:rsidR="00CF4B65">
          <w:rPr>
            <w:noProof/>
            <w:webHidden/>
          </w:rPr>
        </w:r>
        <w:r w:rsidR="00CF4B65">
          <w:rPr>
            <w:noProof/>
            <w:webHidden/>
          </w:rPr>
          <w:fldChar w:fldCharType="separate"/>
        </w:r>
        <w:r w:rsidR="00CF4B65">
          <w:rPr>
            <w:noProof/>
            <w:webHidden/>
          </w:rPr>
          <w:t>3</w:t>
        </w:r>
        <w:r w:rsidR="00CF4B65">
          <w:rPr>
            <w:noProof/>
            <w:webHidden/>
          </w:rPr>
          <w:fldChar w:fldCharType="end"/>
        </w:r>
      </w:hyperlink>
    </w:p>
    <w:p w14:paraId="421FD1B3" w14:textId="0DFBE0C1" w:rsidR="00CF4B65" w:rsidRDefault="00CF4B65">
      <w:pPr>
        <w:pStyle w:val="TOC1"/>
        <w:tabs>
          <w:tab w:val="right" w:leader="dot" w:pos="9350"/>
        </w:tabs>
        <w:rPr>
          <w:noProof/>
        </w:rPr>
      </w:pPr>
      <w:hyperlink w:anchor="_Toc235995131" w:history="1">
        <w:r w:rsidRPr="00C671F7">
          <w:rPr>
            <w:rStyle w:val="Hyperlink"/>
            <w:rFonts w:ascii="Arial" w:hAnsi="Arial"/>
            <w:noProof/>
          </w:rPr>
          <w:t>1. Quản lý Thông tin Căn hộ / Dự án (Property Module)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_Toc235995131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9BC95AB" w14:textId="35FC35A8" w:rsidR="00CF4B65" w:rsidRDefault="00CF4B65">
      <w:pPr>
        <w:pStyle w:val="TOC1"/>
        <w:tabs>
          <w:tab w:val="right" w:leader="dot" w:pos="9350"/>
        </w:tabs>
        <w:rPr>
          <w:noProof/>
        </w:rPr>
      </w:pPr>
      <w:hyperlink w:anchor="_Toc235995132" w:history="1">
        <w:r w:rsidRPr="00C671F7">
          <w:rPr>
            <w:rStyle w:val="Hyperlink"/>
            <w:rFonts w:ascii="Arial" w:hAnsi="Arial"/>
            <w:noProof/>
          </w:rPr>
          <w:t>2. Quản lý Tiện ích Dự án (Property Facility Module)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_Toc235995132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2C6B290" w14:textId="3E95E159" w:rsidR="00CF4B65" w:rsidRDefault="00CF4B65">
      <w:pPr>
        <w:pStyle w:val="TOC1"/>
        <w:tabs>
          <w:tab w:val="right" w:leader="dot" w:pos="9350"/>
        </w:tabs>
        <w:rPr>
          <w:noProof/>
        </w:rPr>
      </w:pPr>
      <w:hyperlink w:anchor="_Toc235995133" w:history="1">
        <w:r w:rsidRPr="00C671F7">
          <w:rPr>
            <w:rStyle w:val="Hyperlink"/>
            <w:rFonts w:ascii="Arial" w:hAnsi="Arial"/>
            <w:noProof/>
          </w:rPr>
          <w:t>3. Quản lý Sơ đồ mặt bằng &amp; Căn hộ chi tiết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_Toc235995133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BBD184E" w14:textId="7EEC34E3" w:rsidR="00CF4B65" w:rsidRDefault="00CF4B65">
      <w:pPr>
        <w:pStyle w:val="TOC2"/>
        <w:tabs>
          <w:tab w:val="right" w:leader="dot" w:pos="9350"/>
        </w:tabs>
        <w:rPr>
          <w:noProof/>
        </w:rPr>
      </w:pPr>
      <w:hyperlink w:anchor="_Toc235995134" w:history="1">
        <w:r w:rsidRPr="00C671F7">
          <w:rPr>
            <w:rStyle w:val="Hyperlink"/>
            <w:rFonts w:ascii="Arial" w:hAnsi="Arial"/>
            <w:noProof/>
          </w:rPr>
          <w:t>3.1. Tạo sơ đồ mặt bằng tổng thể (Floorplan)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_Toc235995134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05A2194" w14:textId="4C7210DE" w:rsidR="00CF4B65" w:rsidRDefault="00CF4B65">
      <w:pPr>
        <w:pStyle w:val="TOC2"/>
        <w:tabs>
          <w:tab w:val="right" w:leader="dot" w:pos="9350"/>
        </w:tabs>
        <w:rPr>
          <w:noProof/>
        </w:rPr>
      </w:pPr>
      <w:hyperlink w:anchor="_Toc235995135" w:history="1">
        <w:r w:rsidRPr="00C671F7">
          <w:rPr>
            <w:rStyle w:val="Hyperlink"/>
            <w:rFonts w:ascii="Arial" w:hAnsi="Arial"/>
            <w:noProof/>
          </w:rPr>
          <w:t>3.2. Cập nhật chi tiết các căn hộ thuộc mặt bằng (Floorplan Room)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_Toc235995135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CC72247" w14:textId="0202FCEF" w:rsidR="00CF4B65" w:rsidRDefault="00CF4B65">
      <w:pPr>
        <w:pStyle w:val="TOC1"/>
        <w:tabs>
          <w:tab w:val="right" w:leader="dot" w:pos="9350"/>
        </w:tabs>
        <w:rPr>
          <w:noProof/>
        </w:rPr>
      </w:pPr>
      <w:hyperlink w:anchor="_Toc235995136" w:history="1">
        <w:r w:rsidRPr="00C671F7">
          <w:rPr>
            <w:rStyle w:val="Hyperlink"/>
            <w:rFonts w:ascii="Arial" w:hAnsi="Arial"/>
            <w:noProof/>
          </w:rPr>
          <w:t>4. Quản lý Điểm kết nối vị trí (Location Highlight Module)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_Toc235995136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E7ACCD8" w14:textId="7D6BF7DB" w:rsidR="00CF4B65" w:rsidRDefault="00CF4B65">
      <w:pPr>
        <w:pStyle w:val="TOC1"/>
        <w:tabs>
          <w:tab w:val="right" w:leader="dot" w:pos="9350"/>
        </w:tabs>
        <w:rPr>
          <w:noProof/>
        </w:rPr>
      </w:pPr>
      <w:hyperlink w:anchor="_Toc235995137" w:history="1">
        <w:r w:rsidRPr="00C671F7">
          <w:rPr>
            <w:rStyle w:val="Hyperlink"/>
            <w:rFonts w:ascii="Arial" w:hAnsi="Arial"/>
            <w:noProof/>
          </w:rPr>
          <w:t>5. Quản lý Nhân sự &amp; Môi giới (Agent Module)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_Toc235995137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8114626" w14:textId="40D51C80" w:rsidR="00CF4B65" w:rsidRDefault="00CF4B65">
      <w:pPr>
        <w:pStyle w:val="TOC1"/>
        <w:tabs>
          <w:tab w:val="right" w:leader="dot" w:pos="9350"/>
        </w:tabs>
        <w:rPr>
          <w:noProof/>
        </w:rPr>
      </w:pPr>
      <w:hyperlink w:anchor="_Toc235995138" w:history="1">
        <w:r w:rsidRPr="00C671F7">
          <w:rPr>
            <w:rStyle w:val="Hyperlink"/>
            <w:rFonts w:ascii="Arial" w:hAnsi="Arial"/>
            <w:noProof/>
          </w:rPr>
          <w:t>6. Quản lý Album tiến độ &amp; Nhà mẫu (Gallery Module)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_Toc235995138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9BCE4D0" w14:textId="56B82D1D" w:rsidR="00CF4B65" w:rsidRDefault="00CF4B65">
      <w:pPr>
        <w:pStyle w:val="TOC1"/>
        <w:tabs>
          <w:tab w:val="right" w:leader="dot" w:pos="9350"/>
        </w:tabs>
        <w:rPr>
          <w:noProof/>
        </w:rPr>
      </w:pPr>
      <w:hyperlink w:anchor="_Toc235995139" w:history="1">
        <w:r w:rsidRPr="00C671F7">
          <w:rPr>
            <w:rStyle w:val="Hyperlink"/>
            <w:rFonts w:ascii="Arial" w:hAnsi="Arial"/>
            <w:noProof/>
          </w:rPr>
          <w:t>7. Tiếp nhận và xử lý đăng ký xem nhà mẫu (Visit Request Module)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_Toc235995139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3BC4404" w14:textId="0EA2E492" w:rsidR="00923EB0" w:rsidRDefault="00000000">
      <w:pPr>
        <w:spacing w:after="240"/>
      </w:pPr>
      <w:r>
        <w:fldChar w:fldCharType="end"/>
      </w:r>
    </w:p>
    <w:p w14:paraId="688A01FA" w14:textId="77777777" w:rsidR="00923EB0" w:rsidRDefault="00000000">
      <w:r>
        <w:br w:type="page"/>
      </w:r>
    </w:p>
    <w:p w14:paraId="117ABA53" w14:textId="77777777" w:rsidR="00923EB0" w:rsidRDefault="00000000">
      <w:pPr>
        <w:pStyle w:val="Heading2"/>
        <w:spacing w:before="280" w:after="200"/>
      </w:pPr>
      <w:bookmarkStart w:id="0" w:name="_Toc235995130"/>
      <w:r>
        <w:rPr>
          <w:rFonts w:ascii="Arial" w:hAnsi="Arial"/>
          <w:color w:val="008080"/>
        </w:rPr>
        <w:lastRenderedPageBreak/>
        <w:t>Giải thích thuật ngữ hệ thống</w:t>
      </w:r>
      <w:bookmarkEnd w:id="0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80"/>
        <w:gridCol w:w="4680"/>
      </w:tblGrid>
      <w:tr w:rsidR="00923EB0" w14:paraId="40EA9A2B" w14:textId="77777777">
        <w:trPr>
          <w:jc w:val="center"/>
        </w:trPr>
        <w:tc>
          <w:tcPr>
            <w:tcW w:w="4680" w:type="dxa"/>
            <w:shd w:val="clear" w:color="auto" w:fill="1B365D"/>
          </w:tcPr>
          <w:p w14:paraId="2C4AC836" w14:textId="77777777" w:rsidR="00923EB0" w:rsidRDefault="00000000">
            <w:pPr>
              <w:spacing w:before="120" w:after="120"/>
            </w:pPr>
            <w:r>
              <w:rPr>
                <w:rFonts w:ascii="Arial" w:hAnsi="Arial"/>
                <w:b/>
                <w:color w:val="FFFFFF"/>
                <w:sz w:val="21"/>
              </w:rPr>
              <w:t>Thuật ngữ</w:t>
            </w:r>
          </w:p>
        </w:tc>
        <w:tc>
          <w:tcPr>
            <w:tcW w:w="4680" w:type="dxa"/>
            <w:shd w:val="clear" w:color="auto" w:fill="1B365D"/>
          </w:tcPr>
          <w:p w14:paraId="4BEF9316" w14:textId="77777777" w:rsidR="00923EB0" w:rsidRDefault="00000000">
            <w:pPr>
              <w:spacing w:before="120" w:after="120"/>
            </w:pPr>
            <w:r>
              <w:rPr>
                <w:rFonts w:ascii="Arial" w:hAnsi="Arial"/>
                <w:b/>
                <w:color w:val="FFFFFF"/>
                <w:sz w:val="21"/>
              </w:rPr>
              <w:t>Giải thích dễ hiểu</w:t>
            </w:r>
          </w:p>
        </w:tc>
      </w:tr>
      <w:tr w:rsidR="00923EB0" w14:paraId="336727DB" w14:textId="77777777">
        <w:trPr>
          <w:jc w:val="center"/>
        </w:trPr>
        <w:tc>
          <w:tcPr>
            <w:tcW w:w="4680" w:type="dxa"/>
            <w:shd w:val="clear" w:color="auto" w:fill="F9FBFD"/>
          </w:tcPr>
          <w:p w14:paraId="03294209" w14:textId="77777777" w:rsidR="00923EB0" w:rsidRDefault="00000000">
            <w:pPr>
              <w:spacing w:before="120" w:after="120" w:line="288" w:lineRule="auto"/>
            </w:pPr>
            <w:r>
              <w:rPr>
                <w:rFonts w:ascii="Arial" w:hAnsi="Arial"/>
                <w:b/>
                <w:color w:val="1B365D"/>
                <w:sz w:val="20"/>
              </w:rPr>
              <w:t>Property</w:t>
            </w:r>
          </w:p>
        </w:tc>
        <w:tc>
          <w:tcPr>
            <w:tcW w:w="4680" w:type="dxa"/>
            <w:shd w:val="clear" w:color="auto" w:fill="FFFFFF"/>
          </w:tcPr>
          <w:p w14:paraId="60D701A6" w14:textId="77777777" w:rsidR="00923EB0" w:rsidRDefault="00000000">
            <w:pPr>
              <w:spacing w:before="120" w:after="120" w:line="288" w:lineRule="auto"/>
            </w:pPr>
            <w:r>
              <w:rPr>
                <w:rFonts w:ascii="Arial" w:hAnsi="Arial"/>
                <w:color w:val="333333"/>
                <w:sz w:val="20"/>
              </w:rPr>
              <w:t>Dự án căn hộ mẫu hoặc bất động sản chính cần quảng bá trên trang Landing Page.</w:t>
            </w:r>
          </w:p>
        </w:tc>
      </w:tr>
      <w:tr w:rsidR="00923EB0" w14:paraId="4EAF70F9" w14:textId="77777777">
        <w:trPr>
          <w:jc w:val="center"/>
        </w:trPr>
        <w:tc>
          <w:tcPr>
            <w:tcW w:w="4680" w:type="dxa"/>
            <w:shd w:val="clear" w:color="auto" w:fill="F9FBFD"/>
          </w:tcPr>
          <w:p w14:paraId="1770D248" w14:textId="77777777" w:rsidR="00923EB0" w:rsidRDefault="00000000">
            <w:pPr>
              <w:spacing w:before="120" w:after="120" w:line="288" w:lineRule="auto"/>
            </w:pPr>
            <w:r>
              <w:rPr>
                <w:rFonts w:ascii="Arial" w:hAnsi="Arial"/>
                <w:b/>
                <w:color w:val="1B365D"/>
                <w:sz w:val="20"/>
              </w:rPr>
              <w:t>Property Facility</w:t>
            </w:r>
          </w:p>
        </w:tc>
        <w:tc>
          <w:tcPr>
            <w:tcW w:w="4680" w:type="dxa"/>
            <w:shd w:val="clear" w:color="auto" w:fill="FFFFFF"/>
          </w:tcPr>
          <w:p w14:paraId="5E3FBFD7" w14:textId="77777777" w:rsidR="00923EB0" w:rsidRDefault="00000000">
            <w:pPr>
              <w:spacing w:before="120" w:after="120" w:line="288" w:lineRule="auto"/>
            </w:pPr>
            <w:r>
              <w:rPr>
                <w:rFonts w:ascii="Arial" w:hAnsi="Arial"/>
                <w:color w:val="333333"/>
                <w:sz w:val="20"/>
              </w:rPr>
              <w:t>Các tiện ích nội khu và ngoại khu đi kèm dự án (hồ bơi, công viên, trường học...).</w:t>
            </w:r>
          </w:p>
        </w:tc>
      </w:tr>
      <w:tr w:rsidR="00923EB0" w14:paraId="7FA0F994" w14:textId="77777777">
        <w:trPr>
          <w:jc w:val="center"/>
        </w:trPr>
        <w:tc>
          <w:tcPr>
            <w:tcW w:w="4680" w:type="dxa"/>
            <w:shd w:val="clear" w:color="auto" w:fill="F9FBFD"/>
          </w:tcPr>
          <w:p w14:paraId="3B8DE071" w14:textId="77777777" w:rsidR="00923EB0" w:rsidRDefault="00000000">
            <w:pPr>
              <w:spacing w:before="120" w:after="120" w:line="288" w:lineRule="auto"/>
            </w:pPr>
            <w:r>
              <w:rPr>
                <w:rFonts w:ascii="Arial" w:hAnsi="Arial"/>
                <w:b/>
                <w:color w:val="1B365D"/>
                <w:sz w:val="20"/>
              </w:rPr>
              <w:t>Floorplan</w:t>
            </w:r>
          </w:p>
        </w:tc>
        <w:tc>
          <w:tcPr>
            <w:tcW w:w="4680" w:type="dxa"/>
            <w:shd w:val="clear" w:color="auto" w:fill="FFFFFF"/>
          </w:tcPr>
          <w:p w14:paraId="4CE81CAD" w14:textId="77777777" w:rsidR="00923EB0" w:rsidRDefault="00000000">
            <w:pPr>
              <w:spacing w:before="120" w:after="120" w:line="288" w:lineRule="auto"/>
            </w:pPr>
            <w:r>
              <w:rPr>
                <w:rFonts w:ascii="Arial" w:hAnsi="Arial"/>
                <w:color w:val="333333"/>
                <w:sz w:val="20"/>
              </w:rPr>
              <w:t>Sơ đồ mặt bằng chi tiết của các tầng hoặc tòa block trong dự án.</w:t>
            </w:r>
          </w:p>
        </w:tc>
      </w:tr>
      <w:tr w:rsidR="00923EB0" w14:paraId="086E0B70" w14:textId="77777777">
        <w:trPr>
          <w:jc w:val="center"/>
        </w:trPr>
        <w:tc>
          <w:tcPr>
            <w:tcW w:w="4680" w:type="dxa"/>
            <w:shd w:val="clear" w:color="auto" w:fill="F9FBFD"/>
          </w:tcPr>
          <w:p w14:paraId="5D938FB6" w14:textId="77777777" w:rsidR="00923EB0" w:rsidRDefault="00000000">
            <w:pPr>
              <w:spacing w:before="120" w:after="120" w:line="288" w:lineRule="auto"/>
            </w:pPr>
            <w:r>
              <w:rPr>
                <w:rFonts w:ascii="Arial" w:hAnsi="Arial"/>
                <w:b/>
                <w:color w:val="1B365D"/>
                <w:sz w:val="20"/>
              </w:rPr>
              <w:t>Floorplan Room</w:t>
            </w:r>
          </w:p>
        </w:tc>
        <w:tc>
          <w:tcPr>
            <w:tcW w:w="4680" w:type="dxa"/>
            <w:shd w:val="clear" w:color="auto" w:fill="FFFFFF"/>
          </w:tcPr>
          <w:p w14:paraId="00FD1728" w14:textId="77777777" w:rsidR="00923EB0" w:rsidRDefault="00000000">
            <w:pPr>
              <w:spacing w:before="120" w:after="120" w:line="288" w:lineRule="auto"/>
            </w:pPr>
            <w:r>
              <w:rPr>
                <w:rFonts w:ascii="Arial" w:hAnsi="Arial"/>
                <w:color w:val="333333"/>
                <w:sz w:val="20"/>
              </w:rPr>
              <w:t>Chi tiết các căn hộ, phòng thiết kế cụ thể nằm trên từng sơ đồ mặt bằng.</w:t>
            </w:r>
          </w:p>
        </w:tc>
      </w:tr>
      <w:tr w:rsidR="00923EB0" w14:paraId="0799B489" w14:textId="77777777">
        <w:trPr>
          <w:jc w:val="center"/>
        </w:trPr>
        <w:tc>
          <w:tcPr>
            <w:tcW w:w="4680" w:type="dxa"/>
            <w:shd w:val="clear" w:color="auto" w:fill="F9FBFD"/>
          </w:tcPr>
          <w:p w14:paraId="00B97A1F" w14:textId="77777777" w:rsidR="00923EB0" w:rsidRDefault="00000000">
            <w:pPr>
              <w:spacing w:before="120" w:after="120" w:line="288" w:lineRule="auto"/>
            </w:pPr>
            <w:r>
              <w:rPr>
                <w:rFonts w:ascii="Arial" w:hAnsi="Arial"/>
                <w:b/>
                <w:color w:val="1B365D"/>
                <w:sz w:val="20"/>
              </w:rPr>
              <w:t>Location Highlight</w:t>
            </w:r>
          </w:p>
        </w:tc>
        <w:tc>
          <w:tcPr>
            <w:tcW w:w="4680" w:type="dxa"/>
            <w:shd w:val="clear" w:color="auto" w:fill="FFFFFF"/>
          </w:tcPr>
          <w:p w14:paraId="668E993D" w14:textId="77777777" w:rsidR="00923EB0" w:rsidRDefault="00000000">
            <w:pPr>
              <w:spacing w:before="120" w:after="120" w:line="288" w:lineRule="auto"/>
            </w:pPr>
            <w:r>
              <w:rPr>
                <w:rFonts w:ascii="Arial" w:hAnsi="Arial"/>
                <w:color w:val="333333"/>
                <w:sz w:val="20"/>
              </w:rPr>
              <w:t>Các điểm kết nối giao thông xung quanh dự án và khoảng cách di chuyển thực tế.</w:t>
            </w:r>
          </w:p>
        </w:tc>
      </w:tr>
      <w:tr w:rsidR="00923EB0" w14:paraId="4323CB8E" w14:textId="77777777">
        <w:trPr>
          <w:jc w:val="center"/>
        </w:trPr>
        <w:tc>
          <w:tcPr>
            <w:tcW w:w="4680" w:type="dxa"/>
            <w:shd w:val="clear" w:color="auto" w:fill="F9FBFD"/>
          </w:tcPr>
          <w:p w14:paraId="2EAF9A4D" w14:textId="77777777" w:rsidR="00923EB0" w:rsidRDefault="00000000">
            <w:pPr>
              <w:spacing w:before="120" w:after="120" w:line="288" w:lineRule="auto"/>
            </w:pPr>
            <w:r>
              <w:rPr>
                <w:rFonts w:ascii="Arial" w:hAnsi="Arial"/>
                <w:b/>
                <w:color w:val="1B365D"/>
                <w:sz w:val="20"/>
              </w:rPr>
              <w:t>Visit Request</w:t>
            </w:r>
          </w:p>
        </w:tc>
        <w:tc>
          <w:tcPr>
            <w:tcW w:w="4680" w:type="dxa"/>
            <w:shd w:val="clear" w:color="auto" w:fill="FFFFFF"/>
          </w:tcPr>
          <w:p w14:paraId="21BF4E19" w14:textId="77777777" w:rsidR="00923EB0" w:rsidRDefault="00000000">
            <w:pPr>
              <w:spacing w:before="120" w:after="120" w:line="288" w:lineRule="auto"/>
            </w:pPr>
            <w:r>
              <w:rPr>
                <w:rFonts w:ascii="Arial" w:hAnsi="Arial"/>
                <w:color w:val="333333"/>
                <w:sz w:val="20"/>
              </w:rPr>
              <w:t>Lịch hẹn đăng ký tham quan nhà mẫu hoặc nhận bảng giá dự án của khách hàng gửi về.</w:t>
            </w:r>
          </w:p>
        </w:tc>
      </w:tr>
    </w:tbl>
    <w:p w14:paraId="4F44E273" w14:textId="77777777" w:rsidR="00923EB0" w:rsidRDefault="00923EB0"/>
    <w:p w14:paraId="20B023C8" w14:textId="77777777" w:rsidR="00923EB0" w:rsidRDefault="00000000">
      <w:pPr>
        <w:pStyle w:val="Heading1"/>
        <w:spacing w:before="400" w:after="240"/>
      </w:pPr>
      <w:bookmarkStart w:id="1" w:name="_Toc235995131"/>
      <w:r>
        <w:rPr>
          <w:rFonts w:ascii="Arial" w:hAnsi="Arial"/>
          <w:color w:val="1B365D"/>
          <w:sz w:val="32"/>
        </w:rPr>
        <w:t>1. Quản lý Thông tin Căn hộ / Dự án (Property Module)</w:t>
      </w:r>
      <w:bookmarkEnd w:id="1"/>
    </w:p>
    <w:p w14:paraId="20596682" w14:textId="77777777" w:rsidR="00923EB0" w:rsidRDefault="00000000">
      <w:pPr>
        <w:spacing w:line="312" w:lineRule="auto"/>
      </w:pPr>
      <w:r>
        <w:rPr>
          <w:rFonts w:ascii="Arial" w:hAnsi="Arial"/>
          <w:color w:val="333333"/>
        </w:rPr>
        <w:t>Đường dẫn: Quản lý dự án/căn hộ (`property`).</w:t>
      </w:r>
    </w:p>
    <w:p w14:paraId="20BE3B35" w14:textId="77777777" w:rsidR="00923EB0" w:rsidRDefault="00000000">
      <w:pPr>
        <w:pStyle w:val="ListBullet"/>
        <w:spacing w:after="160" w:line="312" w:lineRule="auto"/>
      </w:pPr>
      <w:r>
        <w:rPr>
          <w:rFonts w:ascii="Arial" w:hAnsi="Arial"/>
          <w:b/>
          <w:color w:val="333333"/>
        </w:rPr>
        <w:t xml:space="preserve">Thêm mới: </w:t>
      </w:r>
      <w:r>
        <w:rPr>
          <w:rFonts w:ascii="Arial" w:hAnsi="Arial"/>
          <w:color w:val="333333"/>
        </w:rPr>
        <w:t>Nhấp 'Thêm mới' để cập nhật thông tin giới thiệu dự án.</w:t>
      </w:r>
    </w:p>
    <w:p w14:paraId="3CF219A6" w14:textId="77777777" w:rsidR="00923EB0" w:rsidRDefault="00000000">
      <w:pPr>
        <w:pStyle w:val="ListBullet"/>
        <w:spacing w:after="160" w:line="312" w:lineRule="auto"/>
      </w:pPr>
      <w:r>
        <w:rPr>
          <w:rFonts w:ascii="Arial" w:hAnsi="Arial"/>
          <w:b/>
          <w:color w:val="333333"/>
        </w:rPr>
        <w:t xml:space="preserve">Nhập thông tin: </w:t>
      </w:r>
      <w:r>
        <w:rPr>
          <w:rFonts w:ascii="Arial" w:hAnsi="Arial"/>
          <w:color w:val="333333"/>
        </w:rPr>
        <w:t>Nhập tiêu đề, câu slogan quảng bá (`tagline`), mô tả ngắn, mô tả chi tiết, giá bán (`price`) và đơn vị giá (`price_unit`).</w:t>
      </w:r>
    </w:p>
    <w:p w14:paraId="2ECED464" w14:textId="77777777" w:rsidR="00923EB0" w:rsidRDefault="00000000">
      <w:pPr>
        <w:pStyle w:val="ListBullet"/>
        <w:spacing w:after="160" w:line="312" w:lineRule="auto"/>
      </w:pPr>
      <w:r>
        <w:rPr>
          <w:rFonts w:ascii="Arial" w:hAnsi="Arial"/>
          <w:b/>
          <w:color w:val="333333"/>
        </w:rPr>
        <w:t xml:space="preserve">Thông số: </w:t>
      </w:r>
      <w:r>
        <w:rPr>
          <w:rFonts w:ascii="Arial" w:hAnsi="Arial"/>
          <w:color w:val="333333"/>
        </w:rPr>
        <w:t>Điền thông số kỹ thuật thực tế: Diện tích (`area_sqm`), Số phòng ngủ (`bedrooms`), Số phòng tắm (`bathrooms`), Chỗ đỗ xe (`parking_spots`), Số tầng (`floors`).</w:t>
      </w:r>
    </w:p>
    <w:p w14:paraId="4FB6C70F" w14:textId="77777777" w:rsidR="00923EB0" w:rsidRDefault="00000000">
      <w:pPr>
        <w:pStyle w:val="ListBullet"/>
        <w:spacing w:after="160" w:line="312" w:lineRule="auto"/>
      </w:pPr>
      <w:r>
        <w:rPr>
          <w:rFonts w:ascii="Arial" w:hAnsi="Arial"/>
          <w:b/>
          <w:color w:val="333333"/>
        </w:rPr>
        <w:t xml:space="preserve">Vị trí địa lý: </w:t>
      </w:r>
      <w:r>
        <w:rPr>
          <w:rFonts w:ascii="Arial" w:hAnsi="Arial"/>
          <w:color w:val="333333"/>
        </w:rPr>
        <w:t>Nhập địa chỉ cụ thể (`address`), Quận/Huyện (`district`), Thành phố (`city`) và nhập tọa độ vĩ độ/kinh độ (`latitude`/`longitude`) để hiển thị bản đồ.</w:t>
      </w:r>
    </w:p>
    <w:p w14:paraId="31FF7646" w14:textId="77777777" w:rsidR="00923EB0" w:rsidRDefault="00000000">
      <w:pPr>
        <w:pStyle w:val="ListBullet"/>
        <w:spacing w:after="160" w:line="312" w:lineRule="auto"/>
      </w:pPr>
      <w:r>
        <w:rPr>
          <w:rFonts w:ascii="Arial" w:hAnsi="Arial"/>
          <w:b/>
          <w:color w:val="333333"/>
        </w:rPr>
        <w:t xml:space="preserve">Hình ảnh &amp; Video: </w:t>
      </w:r>
      <w:r>
        <w:rPr>
          <w:rFonts w:ascii="Arial" w:hAnsi="Arial"/>
          <w:color w:val="333333"/>
        </w:rPr>
        <w:t>Tải lên ảnh đại diện (`image`), chọn các ảnh album chi tiết, nhập năm xây dựng (`year_built`), link video tour (`video_tour_url`) và lưu lại.</w:t>
      </w:r>
    </w:p>
    <w:p w14:paraId="30691D85" w14:textId="77777777" w:rsidR="00923EB0" w:rsidRDefault="00000000">
      <w:pPr>
        <w:pStyle w:val="Heading1"/>
        <w:spacing w:before="400" w:after="240"/>
      </w:pPr>
      <w:bookmarkStart w:id="2" w:name="_Toc235995132"/>
      <w:r>
        <w:rPr>
          <w:rFonts w:ascii="Arial" w:hAnsi="Arial"/>
          <w:color w:val="1B365D"/>
          <w:sz w:val="32"/>
        </w:rPr>
        <w:t>2. Quản lý Tiện ích Dự án (Property Facility Module)</w:t>
      </w:r>
      <w:bookmarkEnd w:id="2"/>
    </w:p>
    <w:p w14:paraId="4B9E32BC" w14:textId="77777777" w:rsidR="00923EB0" w:rsidRDefault="00000000">
      <w:pPr>
        <w:spacing w:line="312" w:lineRule="auto"/>
      </w:pPr>
      <w:r>
        <w:rPr>
          <w:rFonts w:ascii="Arial" w:hAnsi="Arial"/>
          <w:color w:val="333333"/>
        </w:rPr>
        <w:t>Đường dẫn: Tiện ích dự án (`property_facility`).</w:t>
      </w:r>
    </w:p>
    <w:p w14:paraId="0F0D31B6" w14:textId="77777777" w:rsidR="00923EB0" w:rsidRDefault="00000000">
      <w:pPr>
        <w:pStyle w:val="ListBullet"/>
        <w:spacing w:after="160" w:line="312" w:lineRule="auto"/>
      </w:pPr>
      <w:r>
        <w:rPr>
          <w:rFonts w:ascii="Arial" w:hAnsi="Arial"/>
          <w:b/>
          <w:color w:val="333333"/>
        </w:rPr>
        <w:t xml:space="preserve">Thao tác: </w:t>
      </w:r>
      <w:r>
        <w:rPr>
          <w:rFonts w:ascii="Arial" w:hAnsi="Arial"/>
          <w:color w:val="333333"/>
        </w:rPr>
        <w:t>Nhấp 'Thêm tiện ích' -&gt; Nhập tên tiện ích (Hồ bơi tràn bờ, Công viên...) -&gt; Tải lên ảnh biểu tượng (Icon) tương ứng -&gt; Nhấn lưu lại.</w:t>
      </w:r>
    </w:p>
    <w:p w14:paraId="0838DDAD" w14:textId="77777777" w:rsidR="00923EB0" w:rsidRDefault="00000000">
      <w:pPr>
        <w:pStyle w:val="Heading1"/>
        <w:spacing w:before="400" w:after="240"/>
      </w:pPr>
      <w:bookmarkStart w:id="3" w:name="_Toc235995133"/>
      <w:r>
        <w:rPr>
          <w:rFonts w:ascii="Arial" w:hAnsi="Arial"/>
          <w:color w:val="1B365D"/>
          <w:sz w:val="32"/>
        </w:rPr>
        <w:lastRenderedPageBreak/>
        <w:t>3. Quản lý Sơ đồ mặt bằng &amp; Căn hộ chi tiết</w:t>
      </w:r>
      <w:bookmarkEnd w:id="3"/>
    </w:p>
    <w:p w14:paraId="089CDF10" w14:textId="77777777" w:rsidR="00923EB0" w:rsidRDefault="00000000">
      <w:pPr>
        <w:pStyle w:val="Heading2"/>
        <w:spacing w:before="280" w:after="200"/>
      </w:pPr>
      <w:bookmarkStart w:id="4" w:name="_Toc235995134"/>
      <w:r>
        <w:rPr>
          <w:rFonts w:ascii="Arial" w:hAnsi="Arial"/>
          <w:color w:val="008080"/>
        </w:rPr>
        <w:t>3.1. Tạo sơ đồ mặt bằng tổng thể (Floorplan)</w:t>
      </w:r>
      <w:bookmarkEnd w:id="4"/>
    </w:p>
    <w:p w14:paraId="0526188C" w14:textId="77777777" w:rsidR="00923EB0" w:rsidRDefault="00000000">
      <w:pPr>
        <w:pStyle w:val="ListBullet"/>
        <w:spacing w:after="160" w:line="312" w:lineRule="auto"/>
      </w:pPr>
      <w:r>
        <w:rPr>
          <w:rFonts w:ascii="Arial" w:hAnsi="Arial"/>
          <w:b/>
          <w:color w:val="333333"/>
        </w:rPr>
        <w:t xml:space="preserve">Thao tác: </w:t>
      </w:r>
      <w:r>
        <w:rPr>
          <w:rFonts w:ascii="Arial" w:hAnsi="Arial"/>
          <w:color w:val="333333"/>
        </w:rPr>
        <w:t>Vào mục Sơ đồ mặt bằng -&gt; Thêm mặt bằng mới -&gt; Nhập tên mặt bằng (ví dụ: Mặt bằng Block A) -&gt; Tải ảnh bản vẽ thiết kế lên -&gt; Lưu.</w:t>
      </w:r>
    </w:p>
    <w:p w14:paraId="21885B06" w14:textId="77777777" w:rsidR="00923EB0" w:rsidRDefault="00000000">
      <w:pPr>
        <w:pStyle w:val="Heading2"/>
        <w:spacing w:before="280" w:after="200"/>
      </w:pPr>
      <w:bookmarkStart w:id="5" w:name="_Toc235995135"/>
      <w:r>
        <w:rPr>
          <w:rFonts w:ascii="Arial" w:hAnsi="Arial"/>
          <w:color w:val="008080"/>
        </w:rPr>
        <w:t>3.2. Cập nhật chi tiết các căn hộ thuộc mặt bằng (Floorplan Room)</w:t>
      </w:r>
      <w:bookmarkEnd w:id="5"/>
    </w:p>
    <w:p w14:paraId="0718B672" w14:textId="77777777" w:rsidR="00923EB0" w:rsidRDefault="00000000">
      <w:pPr>
        <w:pStyle w:val="ListBullet"/>
        <w:spacing w:after="160" w:line="312" w:lineRule="auto"/>
      </w:pPr>
      <w:r>
        <w:rPr>
          <w:rFonts w:ascii="Arial" w:hAnsi="Arial"/>
          <w:b/>
          <w:color w:val="333333"/>
        </w:rPr>
        <w:t xml:space="preserve">Thao tác: </w:t>
      </w:r>
      <w:r>
        <w:rPr>
          <w:rFonts w:ascii="Arial" w:hAnsi="Arial"/>
          <w:color w:val="333333"/>
        </w:rPr>
        <w:t>Vào mục Chi tiết căn hộ (Floorplan Room) -&gt; Thêm căn hộ -&gt; Nhập mã căn hộ, chọn sơ đồ mặt bằng cha, điền diện tích, phòng ngủ, giá bán -&gt; Chọn trạng thái (Còn trống, Giữ chỗ, Đã bán) -&gt; Lưu.</w:t>
      </w:r>
    </w:p>
    <w:p w14:paraId="5A1BEEE8" w14:textId="77777777" w:rsidR="00923EB0" w:rsidRDefault="00000000">
      <w:pPr>
        <w:pStyle w:val="Heading1"/>
        <w:spacing w:before="400" w:after="240"/>
      </w:pPr>
      <w:bookmarkStart w:id="6" w:name="_Toc235995136"/>
      <w:r>
        <w:rPr>
          <w:rFonts w:ascii="Arial" w:hAnsi="Arial"/>
          <w:color w:val="1B365D"/>
          <w:sz w:val="32"/>
        </w:rPr>
        <w:t>4. Quản lý Điểm kết nối vị trí (Location Highlight Module)</w:t>
      </w:r>
      <w:bookmarkEnd w:id="6"/>
    </w:p>
    <w:p w14:paraId="7CA91CA9" w14:textId="77777777" w:rsidR="00923EB0" w:rsidRDefault="00000000">
      <w:pPr>
        <w:spacing w:line="312" w:lineRule="auto"/>
      </w:pPr>
      <w:r>
        <w:rPr>
          <w:rFonts w:ascii="Arial" w:hAnsi="Arial"/>
          <w:color w:val="333333"/>
        </w:rPr>
        <w:t>Thiết lập khoảng cách di chuyển đến các điểm kết nối xung quanh dự án:</w:t>
      </w:r>
    </w:p>
    <w:p w14:paraId="7EBD6C30" w14:textId="77777777" w:rsidR="00923EB0" w:rsidRDefault="00000000">
      <w:pPr>
        <w:pStyle w:val="ListBullet"/>
        <w:spacing w:after="160" w:line="312" w:lineRule="auto"/>
      </w:pPr>
      <w:r>
        <w:rPr>
          <w:rFonts w:ascii="Arial" w:hAnsi="Arial"/>
          <w:b/>
          <w:color w:val="333333"/>
        </w:rPr>
        <w:t xml:space="preserve">Thao tác: </w:t>
      </w:r>
      <w:r>
        <w:rPr>
          <w:rFonts w:ascii="Arial" w:hAnsi="Arial"/>
          <w:color w:val="333333"/>
        </w:rPr>
        <w:t>Vào mục Vị trí nổi bật (Location Highlight) -&gt; Thêm mới -&gt; Nhập tên địa điểm kết nối -&gt; Nhập khoảng cách (km) và thời gian đi xe -&gt; Chọn icon -&gt; Lưu.</w:t>
      </w:r>
    </w:p>
    <w:p w14:paraId="43EC63C0" w14:textId="77777777" w:rsidR="00923EB0" w:rsidRDefault="00000000">
      <w:pPr>
        <w:pStyle w:val="Heading1"/>
        <w:spacing w:before="400" w:after="240"/>
      </w:pPr>
      <w:bookmarkStart w:id="7" w:name="_Toc235995137"/>
      <w:r>
        <w:rPr>
          <w:rFonts w:ascii="Arial" w:hAnsi="Arial"/>
          <w:color w:val="1B365D"/>
          <w:sz w:val="32"/>
        </w:rPr>
        <w:t>5. Quản lý Nhân sự &amp; Môi giới (Agent Module)</w:t>
      </w:r>
      <w:bookmarkEnd w:id="7"/>
    </w:p>
    <w:p w14:paraId="5EBB8F65" w14:textId="77777777" w:rsidR="00923EB0" w:rsidRDefault="00000000">
      <w:pPr>
        <w:spacing w:line="312" w:lineRule="auto"/>
      </w:pPr>
      <w:r>
        <w:rPr>
          <w:rFonts w:ascii="Arial" w:hAnsi="Arial"/>
          <w:color w:val="333333"/>
        </w:rPr>
        <w:t>Cấu hình thông tin nhân sự môi giới chuyên trách hỗ trợ khách hàng tại trang Landing Page:</w:t>
      </w:r>
    </w:p>
    <w:p w14:paraId="5C78FCF1" w14:textId="77777777" w:rsidR="00923EB0" w:rsidRDefault="00000000">
      <w:pPr>
        <w:pStyle w:val="ListBullet"/>
        <w:spacing w:after="160" w:line="312" w:lineRule="auto"/>
      </w:pPr>
      <w:r>
        <w:rPr>
          <w:rFonts w:ascii="Arial" w:hAnsi="Arial"/>
          <w:b/>
          <w:color w:val="333333"/>
        </w:rPr>
        <w:t xml:space="preserve">Thao tác: </w:t>
      </w:r>
      <w:r>
        <w:rPr>
          <w:rFonts w:ascii="Arial" w:hAnsi="Arial"/>
          <w:color w:val="333333"/>
        </w:rPr>
        <w:t>Vào Đội ngũ môi giới (Agent) -&gt; Thêm nhân viên -&gt; Nhập họ tên, hotline, email, link chat Zalo/Facebook -&gt; Tải ảnh chân dung -&gt; Lưu.</w:t>
      </w:r>
    </w:p>
    <w:p w14:paraId="288C8EEE" w14:textId="77777777" w:rsidR="00923EB0" w:rsidRDefault="00000000">
      <w:pPr>
        <w:pStyle w:val="Heading1"/>
        <w:spacing w:before="400" w:after="240"/>
      </w:pPr>
      <w:bookmarkStart w:id="8" w:name="_Toc235995138"/>
      <w:r>
        <w:rPr>
          <w:rFonts w:ascii="Arial" w:hAnsi="Arial"/>
          <w:color w:val="1B365D"/>
          <w:sz w:val="32"/>
        </w:rPr>
        <w:t>6. Quản lý Album tiến độ &amp; Nhà mẫu (Gallery Module)</w:t>
      </w:r>
      <w:bookmarkEnd w:id="8"/>
    </w:p>
    <w:p w14:paraId="33541116" w14:textId="77777777" w:rsidR="00923EB0" w:rsidRDefault="00000000">
      <w:pPr>
        <w:pStyle w:val="ListBullet"/>
        <w:spacing w:after="160" w:line="312" w:lineRule="auto"/>
      </w:pPr>
      <w:r>
        <w:rPr>
          <w:rFonts w:ascii="Arial" w:hAnsi="Arial"/>
          <w:b/>
          <w:color w:val="333333"/>
        </w:rPr>
        <w:t xml:space="preserve">Bước 1: </w:t>
      </w:r>
      <w:r>
        <w:rPr>
          <w:rFonts w:ascii="Arial" w:hAnsi="Arial"/>
          <w:color w:val="333333"/>
        </w:rPr>
        <w:t>Tạo album: Vào Danh mục album (Gallery Catalogue) -&gt; Thêm mới album (ví dụ: Nhà mẫu thực tế Block A) -&gt; Lưu.</w:t>
      </w:r>
    </w:p>
    <w:p w14:paraId="3B203D8D" w14:textId="77777777" w:rsidR="00923EB0" w:rsidRDefault="00000000">
      <w:pPr>
        <w:pStyle w:val="ListBullet"/>
        <w:spacing w:after="160" w:line="312" w:lineRule="auto"/>
      </w:pPr>
      <w:r>
        <w:rPr>
          <w:rFonts w:ascii="Arial" w:hAnsi="Arial"/>
          <w:b/>
          <w:color w:val="333333"/>
        </w:rPr>
        <w:t xml:space="preserve">Bước 2: </w:t>
      </w:r>
      <w:r>
        <w:rPr>
          <w:rFonts w:ascii="Arial" w:hAnsi="Arial"/>
          <w:color w:val="333333"/>
        </w:rPr>
        <w:t>Đăng ảnh: Vào Bộ sưu tập ảnh (Gallery) -&gt; Chọn album đã tạo -&gt; Chọn ảnh tải lên từ máy tính -&gt; Lưu.</w:t>
      </w:r>
    </w:p>
    <w:p w14:paraId="5EE62BC7" w14:textId="77777777" w:rsidR="00923EB0" w:rsidRDefault="00000000">
      <w:pPr>
        <w:pStyle w:val="Heading1"/>
        <w:spacing w:before="400" w:after="240"/>
      </w:pPr>
      <w:bookmarkStart w:id="9" w:name="_Toc235995139"/>
      <w:r>
        <w:rPr>
          <w:rFonts w:ascii="Arial" w:hAnsi="Arial"/>
          <w:color w:val="1B365D"/>
          <w:sz w:val="32"/>
        </w:rPr>
        <w:t>7. Tiếp nhận và xử lý đăng ký xem nhà mẫu (Visit Request Module)</w:t>
      </w:r>
      <w:bookmarkEnd w:id="9"/>
    </w:p>
    <w:p w14:paraId="3F2A5E2A" w14:textId="77777777" w:rsidR="00923EB0" w:rsidRDefault="00000000">
      <w:pPr>
        <w:spacing w:line="312" w:lineRule="auto"/>
      </w:pPr>
      <w:r>
        <w:rPr>
          <w:rFonts w:ascii="Arial" w:hAnsi="Arial"/>
          <w:color w:val="333333"/>
        </w:rPr>
        <w:t>Đường dẫn: Yêu cầu xem nhà (`visit_request`).</w:t>
      </w:r>
    </w:p>
    <w:p w14:paraId="576B482C" w14:textId="77777777" w:rsidR="00923EB0" w:rsidRDefault="00000000">
      <w:pPr>
        <w:pStyle w:val="ListBullet"/>
        <w:spacing w:after="160" w:line="312" w:lineRule="auto"/>
      </w:pPr>
      <w:r>
        <w:rPr>
          <w:rFonts w:ascii="Arial" w:hAnsi="Arial"/>
          <w:b/>
          <w:color w:val="333333"/>
        </w:rPr>
        <w:lastRenderedPageBreak/>
        <w:t xml:space="preserve">Bước 1: </w:t>
      </w:r>
      <w:r>
        <w:rPr>
          <w:rFonts w:ascii="Arial" w:hAnsi="Arial"/>
          <w:color w:val="333333"/>
        </w:rPr>
        <w:t>Xem danh sách thông tin khách hàng đăng ký nhận bảng giá, tham quan gồm: Tên, SĐT, Email, ngày giờ hẹn, số khách đi cùng và ghi chú.</w:t>
      </w:r>
    </w:p>
    <w:p w14:paraId="49BCB4CC" w14:textId="77777777" w:rsidR="00923EB0" w:rsidRDefault="00000000">
      <w:pPr>
        <w:pStyle w:val="ListBullet"/>
        <w:spacing w:after="160" w:line="312" w:lineRule="auto"/>
      </w:pPr>
      <w:r>
        <w:rPr>
          <w:rFonts w:ascii="Arial" w:hAnsi="Arial"/>
          <w:b/>
          <w:color w:val="333333"/>
        </w:rPr>
        <w:t xml:space="preserve">Bước 2: </w:t>
      </w:r>
      <w:r>
        <w:rPr>
          <w:rFonts w:ascii="Arial" w:hAnsi="Arial"/>
          <w:color w:val="333333"/>
        </w:rPr>
        <w:t>Liên hệ tư vấn và cập nhật trạng thái lịch hẹn (Chờ xử lý, Đang liên hệ, Đã xác nhận cuộc hẹn, Đã hủy) để theo dõi.</w:t>
      </w:r>
    </w:p>
    <w:sectPr w:rsidR="00923EB0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84655023">
    <w:abstractNumId w:val="8"/>
  </w:num>
  <w:num w:numId="2" w16cid:durableId="99690058">
    <w:abstractNumId w:val="6"/>
  </w:num>
  <w:num w:numId="3" w16cid:durableId="1145008939">
    <w:abstractNumId w:val="5"/>
  </w:num>
  <w:num w:numId="4" w16cid:durableId="776021896">
    <w:abstractNumId w:val="4"/>
  </w:num>
  <w:num w:numId="5" w16cid:durableId="639379659">
    <w:abstractNumId w:val="7"/>
  </w:num>
  <w:num w:numId="6" w16cid:durableId="404645475">
    <w:abstractNumId w:val="3"/>
  </w:num>
  <w:num w:numId="7" w16cid:durableId="308634038">
    <w:abstractNumId w:val="2"/>
  </w:num>
  <w:num w:numId="8" w16cid:durableId="1273244466">
    <w:abstractNumId w:val="1"/>
  </w:num>
  <w:num w:numId="9" w16cid:durableId="861090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NotDisplayPageBoundaries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E1C58"/>
    <w:rsid w:val="00923EB0"/>
    <w:rsid w:val="00AA1D8D"/>
    <w:rsid w:val="00B47730"/>
    <w:rsid w:val="00CB0664"/>
    <w:rsid w:val="00CF4B65"/>
    <w:rsid w:val="00EA03C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40A5CC"/>
  <w14:defaultImageDpi w14:val="300"/>
  <w15:docId w15:val="{F3882968-7312-4A70-998B-75D513BDD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OC2">
    <w:name w:val="toc 2"/>
    <w:basedOn w:val="Normal"/>
    <w:next w:val="Normal"/>
    <w:autoRedefine/>
    <w:uiPriority w:val="39"/>
    <w:unhideWhenUsed/>
    <w:rsid w:val="00CF4B65"/>
    <w:pPr>
      <w:spacing w:after="100"/>
      <w:ind w:left="220"/>
    </w:pPr>
  </w:style>
  <w:style w:type="paragraph" w:styleId="TOC1">
    <w:name w:val="toc 1"/>
    <w:basedOn w:val="Normal"/>
    <w:next w:val="Normal"/>
    <w:autoRedefine/>
    <w:uiPriority w:val="39"/>
    <w:unhideWhenUsed/>
    <w:rsid w:val="00CF4B65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CF4B6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708</Words>
  <Characters>4039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4738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Thanh Trung</cp:lastModifiedBy>
  <cp:revision>3</cp:revision>
  <dcterms:created xsi:type="dcterms:W3CDTF">2013-12-23T23:15:00Z</dcterms:created>
  <dcterms:modified xsi:type="dcterms:W3CDTF">2026-07-26T14:52:00Z</dcterms:modified>
  <cp:category/>
</cp:coreProperties>
</file>